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20S/28/2016 z 4. 4. 2016</w:t>
      </w:r>
    </w:p>
    <w:p>
      <w:r>
        <w:t>Uznesenie Krajského súdu Žilina z 4. apríla 2016, sp. zn. 20S/28/2016, ECLI:SK:KSZA:2016:5016200219.1</w:t>
      </w:r>
    </w:p>
    <w:p>
      <w:r>
        <w:t>Súd: Krajský súd Žilina</w:t>
      </w:r>
    </w:p>
    <w:p>
      <w:r>
        <w:t>Spisová značka: 20S/28/2016</w:t>
      </w:r>
    </w:p>
    <w:p>
      <w:r>
        <w:t>ECLI: ECLI:SK:KSZA:2016:5016200219.1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20S/28/2016 Identifikačné číslo súdneho spisu: 5016200219 Dátum vydania rozhodnutia: 05. 04. 2016 Meno a priezvisko sudcu, VSÚ: JUDr. Erika Čanádyová ECLI: ECLI:SK:KSZA:2016:5016200219.1 Uznesenie Krajský súd v Žiline, v právnej veci žalobcu: SÁLEM, s. r. o., so sídlom 038 44 Borcová 6, IČO: 46 838 741, právne zastúpený: Mgr. Viera Rišiaňová, advokátka so sídlom XXX XX R. XX, proti žalovanému: Štátna veterinárna a potravinová správa Slovenskej republiky, so sídlom Botanická 17, 842 13 Bratislava, o preskúmanie zákonnosti postupu a rozhodnutia žalovaného č. 271/2016 zo dňa 22.02.2016, takto jednomyseľne r o z h o d o l : Súd konanie zastavuje. Žiaden z účastníkov konania nemá právo na náhradu trov konania. o d ô v o d n e n i e : Žalobca sa žalobou podanou prostredníctvom právneho zástupcu dňa 29.02.2016 domáhal zrušenia rozhodnutia Štátnej veterinárnej a potravinovej správy Slovenskej republiky č. 271/2016 zo dňa 22.02.2016, ktorým bolo zamietnuté odvolanie žalobcu a potvrdené rozhodnutie Regionálnej veterinárnej a potravinovej správy Trenčín č. k. SK45/2015/3358-ro/po zo dňa 16.12.2015 o správnom delikte žalobcu podľa § 28 ods. 2 písm. o), ods. 4 písm. g) zákona č. 152/1995 Z.z. o potravinách za porušenie ust. § 4 ods. 1, § 10 písm. b) cit. zákona, za ktorý mu bola uložená pokuta vo výške 1000 Eur. Na základe podanej žaloby vyzval súd žalobcu dňa 03.03.2016 v zmysle § 5 ods. 1 písm. a) zákona č. 71/1992 Zb. o súdnych poplatkoch a poplatku za výpis z registra trestov v znení neskorších predpisov (ďalej len „zákon č. 71/1992 Zb.“) na zaplatenie súdneho poplatku podľa pol. 10 písm. c) Sadzobníka súdnych poplatkov vo výške 70 Eur. Zároveň ho poučil o následkoch nezaplatenia súdneho poplatku. Podľa § 5 ods. 1 písm. a) zákona č. 71/1992 Zb. poplatková povinnosť vzniká podaním návrhu, odvolania a dovolania alebo žiadosti na vykonanie poplatkového úkonu, ak je poplatníkom navrhovateľ, odvolateľ a dovolateľ. Podľa § 10 ods. 1 zákona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49 ods. 1 zákona č. 99/1963 Zb. Občiansky súdny poriadok (ďalej len O.s.p.) ak má účastník zástupcu s plnomocenstvom pre celé konanie, doručuje sa písomnosť len tomuto zástupcovi. Ak má však účastník osobne v konaní niečo vykonať, doručuje sa písomnosť nielen zástupcovi, ale aj jemu. Výzva na zaplatenie súdneho poplatku sa doručuje iba zástupcovi. Výzva súdu na zaplatenie súdneho poplatku z podanej žaloby bola dňa 11.03.2016 doručená právnemu zástupcovi žalobcu. Dňa 06.04.2016 bolo šetrením v učtárni Krajského súdu v Žiline zistené, že súdny poplatok nebol zaplatený. Vychádzajúc z citovaných ustanovení a vzhľadom na skutočnosť, že žalobca napriek výzve do dnešného dňa uložený súdny poplatok nezaplatil, súd rozhodol tak, ako je uvedené vo výroku rozhodnutia. Súd rozhodol o trovách konania podľa § 146 ods. 1 písm. c) O.s.p. v spojení s § 246c ods. 1 veta prvá O.s.p. a v spojení s § 14 zákona č. 71/1992 Zb., podľa ktorého žiaden z účastníkov konania nemá právo na náhradu trov konania podľa jeho výsledku, ak konanie bolo zastavené. Toto rozhodnutie súdu bolo prijaté hlasovaním v pomere hlasov 3 : 0.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 V Žiline, dňa 05. apríla 2016 JUDr. Erika Čanádyová predsedníčka senátu Za správnosť vyhotovenia: Miriama Talapková</w:t>
      </w:r>
    </w:p>
    <w:p/>
    <w:p>
      <w:r>
        <w:t>Zdroj: KAUZIS.SK – https://www.kauzis.sk/judikatura/r/ECLI:SK:KSZA:2016:5016200219.1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