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20S/28/2016 z 16. 5. 2016</w:t>
      </w:r>
    </w:p>
    <w:p>
      <w:r>
        <w:t>Uznesenie Krajského súdu Žilina z 16. mája 2016, sp. zn. 20S/28/2016, ECLI:SK:KSZA:2016:5016200219.2</w:t>
      </w:r>
    </w:p>
    <w:p>
      <w:r>
        <w:t>Súd: Krajský súd Žilina</w:t>
      </w:r>
    </w:p>
    <w:p>
      <w:r>
        <w:t>Spisová značka: 20S/28/2016</w:t>
      </w:r>
    </w:p>
    <w:p>
      <w:r>
        <w:t>ECLI: ECLI:SK:KSZA:2016:5016200219.2</w:t>
      </w:r>
    </w:p>
    <w:p>
      <w:r>
        <w:t>Dátum vydania: 16.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20S/28/2016 Identifikačné číslo súdneho spisu: 5016200219 Dátum vydania rozhodnutia: 17. 05. 2016 Meno a priezvisko sudcu, VSÚ: JUDr. Erika Čanádyová ECLI: ECLI:SK:KSZA:2016:5016200219.2 Uznesenie Krajský súd v Žiline v právnej veci žalobcu: SÁLEM s.r.o., so sídlom 038 44 Borcová 6, IČO: 46 838 741, právne zastúpeného: Mgr. Vierou Rišiaňovou, advokátkou so sídlom XXX XX R. XX, proti žalovanému: Štátna veterinárna a potravinová správa Slovenskej republiky, so sídlom Botanická 17, 842 13 Bratislava, o preskúmanie zákonnosti postupu a rozhodnutia žalovaného č. 271/2016 zo dňa 22.02.2016, takto jednomyseľne r o z h o d o l : Uznesenie Krajského súdu v Žiline č. k. 20S/28/2016-28 zo dňa 05.04.2016 zrušuje. o d ô v o d n e n i e : Žalobca sa žalobou zo dňa 29.02.2016, podanou prostredníctvom právneho zástupcu dňa 29.02.2016, domáhal preskúmania zákonnosti a následného zrušenia rozhodnutia Štátnej veterinárnej a potravinovej správy Slovenskej republiky č. 271/2016 zo dňa 22.02.2016, ktorým bolo zamietnuté odvolanie žalobcu a potvrdené rozhodnutie Regionálnej veterinárnej a potravinovej správy Trenčín č. k. SK45/2015/3358- ro/po zo dňa 16.12.2015 o správnom delikte žalobcu podľa § 28 ods. 2 písm. o), ods. 4 písm. g) zákona č. 152/1995 Z.z. o potravinách za porušenie ust. § 4 ods. 1, § 10 písm. b) cit. zákona, za ktorý mu bola uložená pokuta vo výške 1000,- Eur. Krajský súd v Žiline uznesením č. k. 20S/28/2016-28 zo dňa 05.04.2016 konanie zastavil, pri aplikácii § 10 ods. 1 zák. č. 71/1992 Zb. o súdnych poplatkoch a poplatku za výpis z registra trestov (ďalej len „zák. č. 71/1992 Zb.“). Uznesenie bolo právnej zástupkyni žalobcu doručené dňa 12.05.2016. Žalobca v lehote na podanie odvolania súdny poplatok za žalobu vo výške 70,- Eur zaplatil, na účet Slovenskej pošty, a.s., dňa 12.05.2016, ktorú skutočnosť mal súd preukázanú zo záznamu o zložení zo dňa 17.05.2016 (č. l. 30 spisu). Podľa § 10 ods. 3 veta prvá zák. č. 71/1992 Zb. prvostupňový súd zruší uznesenie o zastavení konania pre nezaplatenie súdneho poplatku, ak poplatník zaplatí súdny poplatok do konca lehoty na podanie odvolania. Súd pri aplikácii vyššie citovaného zákonného ustanovenia uznesenie o zastavení konania pre nezaplatenie súdneho poplatku zrušil. Poučenie: Proti tomuto uzneseniu j e p r í p u s t n é odvolanie do 15 dní odo dňa jeho doručenia písomne dvojmo prostredníctvom Krajského súdu v Žiline na Najvyšší súd Slovenskej republiky v Bratislave. V Žiline, dňa 17. mája 2016 JUDr. Erika Čanádyová predsedníčka senátu Za správnosť vyhotovenia: Miriama Talapková</w:t>
      </w:r>
    </w:p>
    <w:p/>
    <w:p>
      <w:r>
        <w:t>Zdroj: KAUZIS.SK – https://www.kauzis.sk/judikatura/r/ECLI:SK:KSZA:2016:5016200219.2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