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25Sd/58/2016 z 6. 4. 2016</w:t>
      </w:r>
    </w:p>
    <w:p>
      <w:r>
        <w:t>Uznesenie Krajského súdu Žilina z 6. apríla 2016, sp. zn. 25Sd/58/2016, ECLI:SK:KSZA:2016:5016200230.1</w:t>
      </w:r>
    </w:p>
    <w:p>
      <w:r>
        <w:t>Súd: Krajský súd Žilina</w:t>
      </w:r>
    </w:p>
    <w:p>
      <w:r>
        <w:t>Spisová značka: 25Sd/58/2016</w:t>
      </w:r>
    </w:p>
    <w:p>
      <w:r>
        <w:t>ECLI: ECLI:SK:KSZA:2016:5016200230.1</w:t>
      </w:r>
    </w:p>
    <w:p>
      <w:r>
        <w:t>Dátum vydania: 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25Sd/58/2016 Identifikačné číslo súdneho spisu: 5016200230 Dátum vydania rozhodnutia: 07. 04. 2016 Meno a priezvisko sudcu, VSÚ: Mgr. Nora Tomková ECLI: ECLI:SK:KSZA:2016:5016200230.1 Uznesenie Krajský súd v Žiline, v právnej veci navrhovateľky: I. Y., nar. X. XX. XXXX, r. č.: XXXXXX/XXXX, bytom H. - S. XXX, proti odporkyni: Sociálna poisťovňa, ústredie, so sídlom Ul. 29. augusta č. 8, 813 63 Bratislava, o invalidný dôchodok, takto r o z h o d o l : Súd konanie z a s t a v u j e . Odporkyni náhradu trov konania n e p r i z n á v a . o d ô v o d n e n i e : Odporkyňa napadnutým rozhodnutím č. XXX XXX XXXX X. zo dňa 28. decembra 2015 podľa § 70 Zákona o sociálnom poistení v znení neskorších predpisov zamietla žiadosť navrhovateľky o invalidný dôchodok zo dňa 3. novembra 2015. Proti rozhodnutiu odporkyne podala navrhovateľka včas opravný prostriedok, v ktorom namietla nepriznanie invalidného dôchodku. Na základe podaného opravného prostriedku bol zdravotný stav navrhovateľky opätovne posúdený posudkovým lekárom sociálneho poistenia odporkyne, pobočky Martin dňa 2. februára 2016 a posudkovým lekárom sociálneho poistenia odporkyne, ústredie dňa 2. marca 2016. Posudkoví lekári sociálneho poistenia zotrvali na pôvodnom posudku, že navrhovateľka nie je invalidná podľa § 71 ods. 1 Zákona o sociálnom poistení, lebo má mieru poklesu schopnosti vykonávať zárobkovú činnosť 35 % v porovnaní so zdravou fyzickou osobou. Na pojednávaní navrhovateľka po vysvetlení právnej problematiky sporu a vzhľadom na záver druhostupňového posudkového lekára zobrala opravný prostriedok späť a súhlasila s tým, aby súd konanie vo veci zastavil. Zástupkyňa odporkyne nemala námietky voči zastaveniu konania. S poukazom na dispozitívny úkon navrhovateľky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https://www.kauzis.sk/judikatura/r/ECLI:SK:KSZA:2016:5016200230.1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