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21S/54/2016 z 28. 6. 2016</w:t>
      </w:r>
    </w:p>
    <w:p>
      <w:r>
        <w:t>Uznesenie Krajského súdu Žilina z 28. júna 2016, sp. zn. 21S/54/2016, ECLI:SK:KSZA:2016:5016200260.1</w:t>
      </w:r>
    </w:p>
    <w:p>
      <w:r>
        <w:t>Súd: Krajský súd Žilina</w:t>
      </w:r>
    </w:p>
    <w:p>
      <w:r>
        <w:t>Spisová značka: 21S/54/2016</w:t>
      </w:r>
    </w:p>
    <w:p>
      <w:r>
        <w:t>ECLI: ECLI:SK:KSZA:2016:5016200260.1</w:t>
      </w:r>
    </w:p>
    <w:p>
      <w:r>
        <w:t>Dátum vydania: 28.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21S/54/2016 Identifikačné číslo súdneho spisu: 5016200260 Dátum vydania rozhodnutia: 29. 06. 2016 Meno a priezvisko sudcu, VSÚ: JUDr. Veronika Poláčková ECLI: ECLI:SK:KSZA:2016:5016200260.1 Uznesenie Krajský súd v Žiline, v právnej veci žalobcu: Sálem s.r.o., so sídlom 038 44 Borcová 6, IČO: 46838741, právne zastúpený: Mgr. Viera Rišiaňová, advokátka, so sídlom XXX XX Q. XX, proti žalovanému: Ústredie práce, sociálnych vecí a rodiny, so sídlom Špitálska 8, 812 67 Bratislava, o preskúmanie zákonnosti rozhodnutia a postupu žalovaného č. 2016/21006, UPS/US1/OK2/KON/2016/51 zo dňa 05.02.2016, takto jednomyseľne r o z h o d o l : Súd konanie zastavuje. Žiaden z účastníkov konania nemá právo na náhradu trov konania. o d ô v o d n e n i e : Žalobou zo dňa 10.03.2016 sa žalobca domáhal zrušenia rozhodnutia žalovaného č. 2016/21006, UPS/US1/OK2/KON/2016/51 zo dňa 05.02.2016 a vrátenia veci na nové konanie. Podľa obsahu a povahy podania súd posúdil podanie žalobcu ako žalobu v zmysle § 249 Občianskeho súdneho poriadku (ďalej len „O.s.p.“) proti právoplatnému rozhodnutiu správneho orgánu a ďalej v konaní postupoval podľa ust. § 247 a nasl. O.s.p., t.j. podľa druhej hlavy piatej časti O.s.p. - rozhodovanie o žalobách proti rozhodnutiam a postupom správnych orgánov. Na základe podanej žaloby vyzval súd žalobcu výzvou zo dňa 13.04.2016 v zmysle § 5 ods. 1 písm. a) zákona č. 71/1992 Zb. o súdnych poplatkoch a poplatku za výpis z registra trestov v znení neskorších predpisov (ďalej len „zákon č. 71/1992 Zb.“) na zaplatenie súdneho poplatku podľa položky 10 písm. c) Sadzobníka súdnych poplatkov vo výške 70 Eur. Zároveň ho poučil o následkoch nezaplatenia súdneho poplatku, a to o zastavení konania. Podľa § 10 ods. 1 zákona č. 71/1992 Zb.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poučený. Podľa § 49 ods. 1 zákona č. 99/1963 Zb. Občiansky súdny poriadok (ďalej len O.s.p.) ak má účastník zástupcu s plnomocenstvom pre celé konanie, doručuje sa písomnosť len tomuto zástupcovi. Ak má však účastník osobne v konaní niečo vykonať, doručuje sa písomnosť nielen zástupcovi, ale aj jemu. Výzva na zaplatenie súdneho poplatku sa doručuje iba zástupcovi. Podľa § 10 ods. 3 veta prvá zákona č. 71/1992 Zb. príslušný súd zruší uznesenie o zastavení konania pre nezaplatenie súdneho poplatku, ak poplatník zaplatí súdny poplatok do konca lehoty na podanie odvolania. Výzva súdu na zaplatenie súdneho poplatku z podanej žaloby bola dňa 22.03.2016 doručená právnemu zástupcovi žalobcu. Dňa 24.06.2016 bolo šetrením v učtárni Krajského súdu v Žiline zistené, že súdny poplatok nebol zaplatený. Vychádzajúc z citovaných ustanovení a vzhľadom na skutočnosť, že žalobca napriek výzve do dnešného dňa uložený súdny poplatok nezaplatil, súd konanie pri aplikácii § 14 v spojení s 10 ods. 1 zákona č. 71/1992 Zb. zastavil. Súd rozhodol o trovách konania podľa § 146 ods. 1 písm. c) O.s.p. v spojení s § 246c ods. 1 veta prvá O.s.p. a v spojení s § 14 zákona č. 71/1992 Zb., podľa ktorého žiaden z účastníkov konania nemá právo na náhradu trov konania podľa jeho výsledku, ak konanie bolo zastavené. Toto rozhodnutie súdu bolo prijaté hlasovaním v pomere hlasov 3 : 0. Poučenie: Proti tomuto uzneseniu možno podať odvolanie v lehote 15-tich dní odo dňa jeho doručenia na Najvyšší súd Slovenskej republiky v Bratislave prostredníctvom Krajského súdu v Žiline písomne v dvoch vyhotoveniach. Odvolanie musí spĺňať náležitosti podľa § 205 ods. 1 O.s.p.</w:t>
      </w:r>
    </w:p>
    <w:p/>
    <w:p>
      <w:r>
        <w:t>Zdroj: KAUZIS.SK – https://www.kauzis.sk/judikatura/r/ECLI:SK:KSZA:2016:5016200260.1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