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21S/54/2016 z 11. 10. 2016</w:t>
      </w:r>
    </w:p>
    <w:p>
      <w:r>
        <w:t>Uznesenie Krajského súdu Žilina z 11. októbra 2016, sp. zn. 21S/54/2016, ECLI:SK:KSZA:2016:5016200260.2</w:t>
      </w:r>
    </w:p>
    <w:p>
      <w:r>
        <w:t>Súd: Krajský súd Žilina</w:t>
      </w:r>
    </w:p>
    <w:p>
      <w:r>
        <w:t>Spisová značka: 21S/54/2016</w:t>
      </w:r>
    </w:p>
    <w:p>
      <w:r>
        <w:t>ECLI: ECLI:SK:KSZA:2016:5016200260.2</w:t>
      </w:r>
    </w:p>
    <w:p>
      <w:r>
        <w:t>Dátum vydania: 11. 10. 2016</w:t>
      </w:r>
    </w:p>
    <w:p>
      <w:r>
        <w:t>Forma: Uznesenie</w:t>
      </w:r>
    </w:p>
    <w:p>
      <w:pPr>
        <w:pStyle w:val="Heading2"/>
      </w:pPr>
      <w:r>
        <w:t>Text rozhodnutia</w:t>
      </w:r>
    </w:p>
    <w:p>
      <w:r>
        <w:t>Súd: Krajský súd Žilina Spisová značka: 21S/54/2016 Identifikačné číslo súdneho spisu: 5016200260 Dátum vydania rozhodnutia: 12. 10. 2016 Meno a priezvisko sudcu, VSÚ: JUDr. Veronika Poláčková ECLI: ECLI:SK:KSZA:2016:5016200260.2 Uznesenie Krajský súd v Žiline, v senáte zloženom z predsedníčky senátu JUDr. Veroniky Poláčkovej a členov senátu JUDr. Eriky Šobichovej a JUDr. Zuzany Jančárovej, v právnej veci žalobcu: Sálem s.r.o., so sídlom 038 44 Borcová 6, IČO: 46838741, právne zastúpený: Mgr. Viera Rišiaňová, advokátka, so sídlom XXX XX Q. XX, proti žalovanému: Ústredie práce, sociálnych vecí a rodiny, so sídlom Špitálska 8, 812 67 Bratislava, o preskúmanie zákonnosti rozhodnutia a postupu žalovaného č. 2016/21006, UPS/US1/ OK2/KON/2016/51 zo dňa 05.02.2016, takto jednomyseľne r o z h o d o l : uznesenie Krajského súdu v Žiline č. k. 21S/54/2016-39 z 29.06.2016 zrušuje. o d ô v o d n e n i e : 1. Žalobou zo dňa 10.03.2016 sa žalobca domáha zrušenia rozhodnutia žalovaného č. 2016/21006, UPS/US1/OK2/KON/2016/51 zo dňa 05.02.2016 a vrátenia veci na nové konanie. Krajský súd v Žiline uznesením č. k. 21S/54/2016-39 zo dňa 29.06.2016 konanie zastavil pri aplikácii § 10 ods. 1 zákona č. 71/1992 Zb. o súdnych poplatkoch a poplatku za výpis z registra trestov v znení neskorších predpisov (ďalej len „zákon č. 71/1992 Zb.“). Uznesenie bolo právnemu zástupcovi žalobcu doručené dňa 25.07.2016. Žalobca v lehote na podanie odvolania súdny poplatok za žalobu vo výške 70 Eur zaplatil, viď záznam o zložení (č. l. 41). 2. Podľa § 10 ods. 3 veta prvá zákona č. 71/1992 Zb. prvoinštančný súd zruší uznesenie o zastavení konania pre nezaplatenie súdneho poplatku, ak poplatník zaplatí súdny poplatok do konca lehoty na podanie odvolania. 3. Súd pri aplikácii vyššie citovaného zákonného ustanovenia uznesenie o zastavení konania pre nezaplatenie súdneho poplatku zrušil. 4. Rozhodnutie súdu bolo prijaté pomerom hlasov 3 : 0. Poučenie: Proti tomuto uzneseniu možno podať odvolanie v lehote 15 dní odo dňa jeho doručenia na Najvyšší súd Slovenskej republiky v Bratislave prostredníctvom Krajského súdu v Žiline. Odvolanie možno urobiť písomne, a to v listinnej podobe alebo v elektronickej podobe. Odvolanie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Odvolanie len proti odôvodneniu rozhodnutia nie je prípustné. V odvolaní sa popri všeobecných náležitostiach podania, t. j. a) ktorému súdu je určené, b) kto ho robí, c) ktorej veci sa týka, d) čo sa ním sleduje a e)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https://www.kauzis.sk/judikatura/r/ECLI:SK:KSZA:2016:5016200260.2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