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21S/64/2016 z 20. 9. 2016</w:t>
      </w:r>
    </w:p>
    <w:p>
      <w:r>
        <w:t>Rozsudok Krajského súdu Žilina z 20. septembra 2016, sp. zn. 21S/64/2016, ECLI:SK:KSZA:2016:5016200311.1</w:t>
      </w:r>
    </w:p>
    <w:p>
      <w:r>
        <w:t>Súd: Krajský súd Žilina</w:t>
      </w:r>
    </w:p>
    <w:p>
      <w:r>
        <w:t>Spisová značka: 21S/64/2016</w:t>
      </w:r>
    </w:p>
    <w:p>
      <w:r>
        <w:t>ECLI: ECLI:SK:KSZA:2016:5016200311.1</w:t>
      </w:r>
    </w:p>
    <w:p>
      <w:r>
        <w:t>Dátum vydania: 20. 9. 2016</w:t>
      </w:r>
    </w:p>
    <w:p>
      <w:r>
        <w:t>Forma: Rozsudok</w:t>
      </w:r>
    </w:p>
    <w:p>
      <w:r>
        <w:t>Oblasť práva: Správne právo</w:t>
      </w:r>
    </w:p>
    <w:p>
      <w:pPr>
        <w:pStyle w:val="Heading2"/>
      </w:pPr>
      <w:r>
        <w:t>Text rozhodnutia</w:t>
      </w:r>
    </w:p>
    <w:p>
      <w:r>
        <w:t>Súd: Krajský súd Žilina Spisová značka: 21S/64/2016 Identifikačné číslo súdneho spisu: 5016200311 Dátum vydania rozhodnutia: 21. 09. 2016 Meno a priezvisko sudcu, VSÚ: JUDr. Veronika Poláčková ECLI: ECLI:SK:KSZA:2016:5016200311.1 ROZSUDOK V MENE SLOVENSKEJ REPUBLIKY Krajský súd v Žiline - ako správny súd, v senáte zloženom z predsedníčky senátu JUDr. Veroniky Poláčkovej a členov senátu JUDr. Eriky Šobichovej a JUDr. Zuzany Jančárovej, v právnej veci žalobcu: Milan Pojezdala, s miestom podnikania Sama Chalupku 839/19, 013 03 Varín, IČO: 41 753 186, právne zastúpený spoločnosťou: V4 Legal s.r.o., so sídlom Tvrdého 783/4, 010 01 Žilina, IČO: 36 858 820, proti žalovanému: Finančné riaditeľstvo Slovenskej republiky, so sídlom Lazovná 63, 974 01 Banská Bystrica, v konaní o preskúmanie zákonnosti rozhodnutia žalovaného č. 1693813/2015 zo dňa 19.11.2015, takto r o z h o d o l : Krajský súd v Žiline žalobu z a m i e t a . Žalobcovi súd náhradu trov konania n e p r i z n á v a . o d ô v o d n e n i e : 1. Žalobca sa žalobou doručenou súdu dňa 29.01.2016 domáhal proti žalovanému preskúmania rozhodnutia žalovaného č. 1693813/2015 zo dňa 19.11.2015, ktorým rozhodnutím žalovaný potvrdil rozhodnutie Daňového úradu Žilina č. 1301004/2015 zo dňa 17.08.2015, ktorým podľa § 68 ods. 5 zákona č. 563/2009 Z.z. bol vo vzťahu k žalobcovi vyrubený rozdiel dane z pridanej hodnoty za zdaňovacie IV. štvrťrok 2008 v sume 7.222,16Eur. Žalobca nesúhlasí s vyššie uvedenými rozhodnutiami a cíti sa byť ukrátený na svojich právach nezákonným rozhodnutím. Žalovaný v rozhodnutiach uvádza, že správca dane v priebehu daňovej kontroly preveroval realizáciu zdaniteľných obchodov deklarovaných na uvedených faktúrach. Dožiadaný správca dane Daňový úrad Nitra zistil, že spoločnosť OMNIS SERVIS, s.r.o. bola registrovaná ako štvrťročný platiteľ DPH od 10.07.1998. Posledné daňové priznanie na dani z príjmov právnických osôb bolo podané za rok 2003, na DPH za III. štvrťrok 2004, pričom v spoločnosti správca dane určil posledné zdaňovacie obdobie na DPH II. štvrťrok 2009. Následne dožiadaný správca dane zaslal spoločnosti OMNIS SERVIS, s.r.o., na adresu jej sídla výzvu na predloženie dokladov zo dňa 21.08.2013, ktorou požadoval účtovné doklady za I. a IV. štvrťrok 2008; uvedená písomnosť sa vrátila ako neprevzatá v odbernej lehote. Dňa 23.09.2013 správca dane zaslal predvolanie konateľovi spoločnosti, ktorým je od 03.11.2004 pán Vladimír Ollé, na adresu potvrdenú registrom obyvateľov Slovenskej republiky. Vladimír Ollé túto písomnosť neprevzal v odbernej lehote a k správcovi dane sa nedostavil. Na základe požiadavky žalovaného na vypočutie Vladimíra Ollého požiadal správca dane Daňový úrad Nitra o opätovné predvolaného Vladimíra Ollého. Daňový úrad Nitra požiadal o predvedenie Vladimíra Ollého Policajný zbor Šaľa, z adresy trvalého pobytu J. R., D. - D. a následne aj z adresy, kde menovaný býva bez prihlásenia, t. j. z ul. Y. č. XXX, G., ktorá bola zistená OOPZ Šaľa. Okresné riaditeľstvo PZ v Šali, obvodné oddelenie Močenok, ktoré vo svojej odpovedi zo dňa 24.07.2015 uviedlo, že: menovaného sa nepodarilo predviesť, a ak sa menovaný na tejto adrese zdržiava, pravdepodobne sa zatajuje. Žalovaný v odôvodnení rozhodnutí tiež uvádza, že po preskúmaní predloženého spisového materiálu zistil, že záver prijatý správcom dane, podľa ktorého žalobcovi nevznikol nárok na odpočet DPH z predložených vystavených dodávateľom OMNIS SERVIS, s.r.o., Šaľa je správny. Zároveň žalovaný uvádza, že okrem vyššie uvedených faktúr žalobca nepredložil správcovi dane žiadne iné dôkazy preukazujúce realizáciu predmetných pomocných stavebných prác dodávateľom OMNIS SERVIS, s.r.o.. Faktúry predložené správcovi dane obsahujú len všeobecný opis zdaniteľného plnenia, nie je na nich uvedený podrobný súpis vykonaných prác, rovnako neboli predložené ani ďalšie dôkazy, ako napr. zmluvy o vykonaní prác, preberacie protokoly, stavebné denníky, ... Uvedené tvrdenie nie je pravdivé, nakoľko žalovaný všetky doklady týkajúce sa preverenia faktúr vystavených na spoločnosť OMNIS SERVIS, s.r.o. odovzdal správcovi dane, a to dňa 08.07.2013 - Potvrdenie o zapožičaní dokladov, ešte pred samotným začiatkom daňovej kontroly, ktorá začala dňa 27.09.2015. Na základe uvedených skutočností dospel správca dane k záveru, že žalovaný resp. že žalobca nesplnil podmienky pre odpočítanie dane a odpočítanie bolo uskutočnené v nesprávnej výške, a to z dôvodu, že spoločnosť OMNIS SERVIS, s.r.o. nevykonávala žiadnu ekonomickú činnosť od roku 2004. 2. Vzhľadom na uvedené tvrdenie žalovaného prebúdza v žalobcovi dôvodné pochybnosti o tom, že sa dostatočne neoboznámil so všetkými dôkazmi predloženými žalobcom, nakoľko, ak by tak vykonal, mal by vedomosť o tom, že žalobca správcovi dane predložil: peňažný denník, príjmové pokladničné doklady, výdavkové pokladničné doklady, evidenciu záväzkov, evidenciu pohľadávok, výpisy z bankového účtu, evidenciu pohľadávok k 31.12.2007 uhradených v roku 2008, zmluvu o dielo medzi spoločnosťou OMNIS SERVIS, s.r.o. a žalobcom, protokoly k vystaveným faktúram spoločnosťou OMNIS SERVIS, s.r.o., fotokópiou občianskeho preukazu Vladimíra Ollého. Podľa názoru žalobcu je nepravdivé tvrdenie žalovaného, že žalobca nepreukázal, že došlo k reálnemu uskutočneniu pomocných stavebných prác deklarovaných na faktúrach dodávateľov OMNIS SERVIS, s.r.o.. Ďalej žalobca namietal, že ak správca dane namieta materiálnu stránku plnenia spoločnosťou OMNIS SERVIS, s.r.o., mal nariadiť miestne zisťovanie - ohliadku. Z dôvodu, že ju nenariadil, má za to, že materiálne plnenie nie je sporné a uznáva ho, v opačnom prípade by sa domnieval, že konanie správcu dane nevykonať miestne zisťovanie bolo účelové a špekulatívne s cieľom vyhnúť sa objasneniu skutočného stavu. Žalobca má za to, že skutočnosť, že spoločnosť OMNIS SERVIS, s.r.o. nie je kontaktná, neplní svoje povinnosti vo vzťahu k správcovi dane neznamená, že spoločnosť neuskutočnila uvedené práce, uhradené na základe predložených faktúr. Poukázal aj na rozhodnutie NS SR sp. zn. 3Sžf 1/2011. Z dôvodu predloženia všetkých dostupných listinných dôkazov žalobcom, žalobca má za to, že dôkazné bremeno na preukázanie absencie neuznaných daňových výdavkov sa presunulo na správcu dane, ktorý mal v prvom rade dôslednejšie dokazovaním skúmať, na základe predložených dokumentov materiálne plnenie, nakoľko z dôvodu, že sa vykonaním takéhoto dokazovania nezaoberal, má za to, že materiálne plnenie vykonané spoločnosťou OMNIS SERVIS, s.r.o. nepovažoval správca dane a žalovaný za sporné. Jediným sporným počas celého konania, ktoré skúmal správca dane bola ekonomická činnosť spoločnosti OMNIS SERVIS, s.r.o. a kontaktovateľnosť Vladimíra Ollého. Z uvedeného je teda zrejmé, že dôkazné bremeno nezaťažuje platiteľa dane žalobcu bezhranične, pretože po adekvátnom splnení dôkaznej povinnosti platiteľom dane prechádza dôkazné bremeno na správcu dane. Uviedol, že samotná skutočnosť sama o sebe, že dodávateľ je nekontaktnou osobou alebo, že nezahrnul príjmy z predmetnej transakcie do účtovníctva bez toho, že by bolo spochybnené, že dodávky boli pre daňový subjekt uskutočnené, je nedôvodnou pochybnosťou, sa správca dane nezbaví dôkazného bremena. Poukázal v tomto smere na rozhodnutie Najvyššieho správneho súdu ČR č. Afs 129/2016-147. Ďalej poukázal na rozsudok Súdneho dvora EÚ v spojených prípadoch C-354/03 - Optigen, C-355/03 Fulcrum Elektrinics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posudzovaná sama o sebe a charakter jednotlivých transakcií nemôže byť zmenený predchádzajúcimi alebo následnými udalosťami. Ak správcovi dane vznikli určité pochybnosti o plnení, resp. dodávateľovi tohto plnenia z titulu preverovania tohto dodávateľa alebo jeho subdodávateľa, nemôže to byť na ujmu žalobcu, ktorý si splnil všetky svoje povinnosti. Opak skutočnosti tvrdených žalobcom správca dane nepreukázal, stále ostali iba pochybnosti. Žalobca nemôže predpokladať, že u určitých dodávateľov by mal nadštandardne zabezpečovať dôkazy o zdaniteľnom plnení pre prípad, že od týchto subjektov nebude účtovná evidencia riadne vedená - rozsudok NS SR sp. zn. 7Sžf 4/2013. Žalobca má za to, že skutočnosť, že spoločnosť OMNIS SERVIS, s.r.o. nepodávala daňové priznanie a bola jej zrušená registrácia, nemusí nutne znamenať, že spoločnosť nevykazovala žiadnu ekonomickú činnosť. Žalobca poukazuje na niekoľko podstatných porušení, ktoré nastali počas daňovej kontroly a následne vyrubovacieho konania. Žalobca dňa 02.07.2013 osobne prevzal oznámenie o daňovej kontrole č. 9501401/5/3106410/2013, v ktorom správca dane určil, že kontrola na zistenie oprávnenosti nároku na vrátenie nadmerného odpočtu začne dňa 27.09.2013. Dňa 27.05.2014 bola JUDr. Petrovi Rybárovi, advokátovi, zapísanému v SAK pod č. 2160, Žilina, doručená písomnosť č. 9501401/5/2161212/2014 s označením Výzva na vyjadrenie sa k zisteniam uvedeným v protokole. V zmysle § 9 ods. 2 Daňového priadku, daňový subjekt, jeho zákonný zástupca alebo jeho opatrovník sa môže dať zastupovať zástupcom, ktorého si zvolí a ktorý koná v rozsahu plnomocenstva udeleného písomne alebo ústne do zápisnice u správcu dane, pričom v spojitosti s § 9 ods. 4, ak nie je rozsah plnomocenstva presne vymedzený, považuje sa takéto plnomocenstvo za všeobecné. Žalobca udelil dňa 08.11.2013 plnú moc predchádzajúcemu právnemu zástupcovi na zastupovanie vo veci podania návrhu o preskúmanie zákonnosti rozhodnutia finančného riaditeľstva č. 1100308/1/501488/2013 zo dňa 22.10.2013 v spojení s rozhodnutím Daňového úradu Žilina č. 9501402/5/3465426/2013/Vird zo dňa 19.07.2013. S poukazom na uvedené žalobca má za to, že plnomocenstvo nie je generálne, nakoľko jeho rozsah je presne vymedzený, a teda prechádzajúci právny zástupca nie je zástupcom daňového subjektu počas daňovej kontroly v daňovom konaní vedenom pred Daňovým úradom Žilina, predmetom ktorej je daň z pridanej hodnoty za I. - IV. štvrťrok 2008 v zmysle Daňového poriadku. Napriek tomu s predchádzajúcim právnym zástupcom sa konalo ako so zástupcom, čím správca dane podstatne pochybil. Správca dane konal v rozpore so zásadou povinnosti zachovávať daňové tajomstvo, keď doručil výzvu - vrátane písomnosti s označením Protokol č. 9501401/5/2154425/2014 predchádzajúcemu právnemu zástupcovi, čím správca dane oznámil a sprístupnil daňové tajomstvo osobe, ktorá nemá oprávnenie oboznamovať sa s týmto daňovým tajomstvom. Postupom správcu dane bol žalobca zbavený aj možnosti svojho práva vyjadriť sa k skutočnostiam zisteným pri daňovej kontrole, k spôsobu ich zistenia bol postavený do situácie, ktorá ho podstatne znevýhodnila oproti správcovi dane a bol značne obmedzený v práve účinne obhajovať svoje tvrdenia a uplatňovať svoje zákonné práva. Poukázal v tejto súvislosti aj na § 45 ods. 1 písm. f) a nadväzne na § 47 písm. i) Daňového poriadku. V protokole sa uvádza, že spoločnosť OMNIS SERVIS, s.r.o. nevykonávala žiadnu ekonomickú činnosť od roku 2004, a teda ani z dodávateľských faktúr nemohla byť odpočítaná daň, pretože pri predmetných službách pre daňový subjekt ani nevznikla daňová povinnosť. Správca dane využil inštitút dožiadania na Daňový úrad Nitra za účelom preverenia zdaniteľných obchodov medzi daňovým subjektom a OMNIS SERVIS, s.r.o.. Ako uvádza správca dane, dňa 22.10.2013 bola správcovi dane doručená odpoveď, že štatutárny orgán OMNIS SERVIS, s.r.o. nereagoval a nepodarilo sa predviesť ani Obvodnému oddeleniu PZ Šaľa dňa 13.01.2013. V tejto súvislosti poukazuje na dátum 29.07.2013 označený ako dátum začiatku daňovej kontroly. Z uvedeného vyplýva, že príslušníci OOPZ Šaľa v súvislosti s daňovou kontrolou vykonávali úkony v rámci nej, ešte pred jej samotným začiatkom, čo odporuje zásadám logického myslenia. 3. Poukázal na to, že u žalobcu prebiehala daňová kontrola - na dani z príjmov fyzických osôb za rok 2008. V rámci tejto daňovej kontroly predložil zoznam zamestnancov s dátumami a adresami pobytu pracujúcich na prácach fakturovaných spoločnosťou OMNIS SERVIS, s.r.o. a taktiež uviedol telefónny kontakt na konateľa pána Vladimíra Ollého. Zdôraznil, že zamestnankyni správcu dane sa podarilo s Vladimírom Ollém telefonicky kontaktovať a dohodla si s ním výsluch na 11.12.2012, avšak na tento sa nedostavil. Pričom následne sa stal pre správcu dane nekontaktovateľným aj napriek niektorým dožiadaniam na Daňový úrad Nitra. Žalobca rovnako niekoľkokrát navrhol vykonanie ohliadky miesta stavieb, na ktorých boli práce spoločnosťou OMNIS SERVIS, s.r.o. vykonané. Žalobca poskytol počas oboch daňových kontrol správcovi dane nepretržitú súčinnosť a skutočnosť, že spoločnosť OMNIS SERVIS, s.r.o. si voči správcovi dane neplní svoje povinnosti by mu nemala byť na príťaž. 4. V súvislosti s uvedeným by žalobca chcel zdôrazniť, že zistenie skutkového stavu veci žalovaným je nedostatočné a nemôže byť podkladom pre vydanie rozhodnutia, a ak áno, tak takéto rozhodnutie považuje žalobca za nezákonné. Má za to, že správca dane nepostupoval pri výkone daňovej kontroly v súlade so zásadami daňového konania, nezachoval objektívnosť a nestrannosť konania a rozhodovania. Daňový poriadok definuje základné zásady daňového konania takým spôsobom, že tieto vychádzajú z princípov právneho štátu, Ústavy SR a medzinárodného kontextu legislatívy a nutnosti aproximácie daňového práva v SR a krajín EÚ. Žalovaný nepriznal všetko, čo v daňovom konaní vyšlo najavo, neviedol daňové konanie tak, aby zistil skutočnosti rozhodujúce pre správne určenie daňovej povinnosti čo najúplnejšie, nevyužil všetky prostriedky dokazovania a v neprimeranej miere preniesol dôkazné bremeno na žalobcu. Žalobca by chcel uviesť, že postup správcu dane v konaní v konečnom dôsledku aj žalovaného považuje žalobca od počiatku za účelový, nakoľko dňa 04.09.2012 začala u žalobcu daňová kontrola na dani z príjmov fyzických osôb 2008, v ktorej boli zistené rovnaké skutočnosti, aké boli zistené počas tejto kontroly a o ktorej zákonnosti sa momentálne vedie konanie na Najvyššom súde Slovenskej republiky. Dovoľuje si vysloviť názor, že správca dane začal daňovú kontrolu žalobcu s tým, že vopred poznal jej výsledok. Žalobca mal za to, že žalovaný od začiatku konania postupoval cielene nepriznať nárok na odpočet DPH a tomuto cieľu zodpovedajú aj jeho kroky v časovej a vecnej súvislosti tak, ako boli realizované. Zdôraznil, že neunesenie dôkazného bremena správcom dane nesmie byť na ujmu žalobcu, ako slabšej strany. Žalobca poukazuje na to, že správca dane nerešpektoval viazanosť právnym názorom odvolacieho orgánu v zmysle dikcie § 74 Daňového poriadku, keď vykonal v rámci dokazovania niekoľko formalistických úkonov, ktoré nesmerovali k úplnému zisteniu a objasneniu skutkového stavu veci, nezaoberal sa naznačeným právnym názorom odvolacieho orgánu žalovaného. Vzhľadom na uvedené skutočnosti žiadal rozhodnutie žalovaného zrušiť a vec vrátiť na ďalšie konanie. Zároveň si uplatnil aj náhradu trov konania. 5. Žalovaný podal k žalobe písomné vyjadrenie podaním doručeným súdu dňa 17.05.2016. Žalobu žiadal zamietnuť. Poznamenal, že vo veci preskúmania zákonnosti rozhodnutia žalovaného č. 1100308/1/501488/2013 zo dňa 22.10.2013, ktorým bolo potvrdené rozhodnutie správcu dane zo dňa 19.07.2013, ktorým bol vyrubený rozdiel na dani z príjmov fyzickej osoby za rok 2015 Krajský súd v Žiline už rozhodol rozsudkom 21S/156/2013 zo dňa 28.05.2014 žalobu zamietol. V danom prípade tiež nebolo preukázané, že spoločnosť OMNIS SERVIS, s.r.o. vykonáva práce pre žalobcu, a že predmetné sporné faktúry spoločnosť aj vystavila a že tieto faktúry boli aj v skutočnosti zaplatené. Správca dane v rozhodnutí č. 9501402/5/3465426/2013/Vird zo dňa 19.07.2013, ktorým vyrubil žalobcovi rozdiel dane na dani z príjmov fyzickej osoby za rok 2008 konštatoval, že počas výkonu daňovej kontroly dane z príjmov fyzickej osoby za rok 2008 nebolo kontrolovaným daňovým subjektom dostatočne a hodnoverne preukázané, že spoločnosť OMNIS SERVIS, s.r.o. vykonávala práce pre kontrolovaný daňový subjekt, a že faktúry boli spoločnosťou vystavené a zároveň faktúry boli aj v skutočnosti zaplatené. K námietke, že správca dane nerešpektoval viazanosť právnym názorom odvolacieho orgánu, keď vykonal v rámci dokazovania niekoľko formalistických úkonov, ktoré nesmerovali k úplnému zisteniu a objasneniu skutkového stavu, žalovaný uviedol, že rozhodnutím Finančné riaditeľstva SR zo dňa 22.04.2015 bolo zrušené rozhodnutie správcu dane zo dňa 20.01.2015 a vec vrátená na ďalšie konanie a rozhodnutie. Uvedeným rozhodnutím žalovaný zaviazal správcu dane, aby v ďalšom konaní využil všetky zákonné možnosti na vypočutie Vladimíra Ollého ako svedka, a to vzhľadom na skutočnosť - oznámenú Obvodným oddelením PZ Šaľa v odpovedi zo dňa 26.11.2014, podľa ktorej Vladímir Ollé bez prihlásenia býva v G. na ul. Y. č. XXX, pričom uvedená adresa patrí do služobného obvodu OOPZ Močenok. Správca dane v ďalšom konaní vykonal úkony požadované odvolacím orgánom, keď požiadal Daňový úrad Nitra o vypočutie Vladimíra Ollého. Daňový úrad Nitra zaslal dňa 09.06.2015 na OOPZ Šaľa žiadosť o predvedenie, v ktorej uviedol, že z odpovede zo dňa 26.11.2014 vyplynula skutočnosť, že Vladimír Ollé bez prihlásenia býva v G., na ul. Y.. XXX, pričom uvedená adresa patrí do služobného obvodu OOPZ Močenok, a vzhľadom na túto informáciu Daňový úrad Nitra žiadal o predvedenie uvedenej osoby. Správca dane obdržal odpoveď od ORPZ v Šali, odbor poriadkovej a dopravnej polície, OOPZ Močenok zo dňa 21.07.2014, v ktorej bolo uvedené, že menovaného sa nepodarilo predviesť, nakoľko na adrese G., Y. č. 510 nikto neotváral, a ak sa tam menovaný zdržiava, pravdepodobne sa zatajuje. Žalovaný je toho názoru, že správca dane v ďalšom konaní vykonal úkony požadované odvolacím orgánom, z uvedeného dôvodu je predmetná námietka žalobcu neopodstatnená. Vzhľadom na uvedené žiadal žalobu ako nedôvodnú zamietnuť. 6. Krajský súd v Žiline preskúmal napadnuté rozhodnutie, ako aj postup, ktorý predchádzal jeho vydaniu v zmysle § 177 a nasl. zákona č. 162/2015 Z. z. (Správny súdny poriadok) v spojení s § 491 ods. 1, 2 Správneho súdneho poriadku (ďalej len SSP) v rozsahu žalobných dôvodov uvedených v žalobe (§ 183 SSP), pričom zistil, že napadnuté rozhodnutie žalovaného je vydané v súlade so zákonom, vo veci bol dostatočne zistený skutkový stav a na takto zistený skutkový stav potom boli správne aplikované právne predpisy, a to jednak zákon o dani z pridanej hodnoty č. 222/2004 Z. z. a aj zákon č. 563/2009 z.z - Daňový poriadok. Z tohto dôvodu bolo potrebné žalobu ako nedôvodnú zamietnuť podľa § 190 SSP, a to z nasledovných dôvodov: 7. Krajský súd v Žiline mal z obsahu administratívneho spisu preukázané, že daňová kontrola u žalobcu na dani z pridanej hodnoty za obdobie I. až IV. štvrťrok 2008 sa začala dňa 29.07.2013. O výsledku daňovej kontroly za obdobie I. až IV. štvrťroku roku 2008 bol vyhotovený protokol č. 9501401/5/2154425/2014 zo dňa 23.05.2014. Na základe vykonanej daňovej kontroly bol žalobcovi vyrubený rozdiel na dani z pridanej hodnoty za zdaňovacie obdobie IV. štvrťrok 2008 vo výške 7.222,16 Eur, proti ktorému bolo podané odvolanie a odvolací orgán rozhodnutie správcu dane zrušil a vrátil na ďalšie konanie, nakoľko správca dane nedostatočne zistil skutkový stav, keďže sa nepokúsil kontaktovať Vladimíra Ollého, ktorého chcel vypočuť ako svedka, na adrese oznámenej OOPZ Šaľa, ani nepožiadal príslušné OOPZ o jeho predvedenie. Následne správca dane vykonal potrebné úkony požadované odvolacím orgánom a následne vydal rozhodnutie č. 1301004/2015 zo dňa 17.08.2015, ktorým vyrubil žalobcovi rozdiel dane vo výške 7.222,16 Eur. Správca dane v zdaňovacom období IV. štvrťrok 2008 kontrolou neuznal odpočítanie dane v celkovej výške 7.222,16 Eur z faktúr č. 20/2008 zo dňa 20.10.2008, č. 22/2008 zo dňa 27.10.2008, č. 24/2008 zo dňa 17.11.2008, č. 26/2008 zo dňa 24.11.2008, č. 28/2008 zo dňa 18.12.2008 a č. 30/2008 zo dňa 21.12.2008 za pomocné práce na stavbách vystavených dodávateľom: OMNIS SERVIS, s.r.o., Hollého 36, 927 05 Šaľa. Dôvodom pre neuznanie odpočítania dane z uvedených faktúr bola skutočnosť, že žalobca nesplnil podmienky pre odpočítanie dane. Spoločnosť OMNIS SERVIS, s.r.o. nevykonávala žiadnu ekonomickú činnosť od roku 2004 a z vyššie uvedených faktúr tam uvedených nemohla byť odpočítaná daň v celkovej výške 7.222,16 Eur. Pri uvedených dodávateľských faktúrach nedošlo k dodaniu služby, t. j. nepreukázalo sa splnenie podmienky, na ktorú sa odpočet DPH viaže, čím došlo k porušeniu § 49 ods. 1 v nadväznosti na § 19 ods. 2 zákona č. 222/2004 Z. z. o DPH v znení neskorších predpisov. 8. Proti tomuto rozhodnutiu žalobca podal odvolanie s odôvodnením, že správca dane nedostatočne zistil skutkový stav veci, konkrétne nevyužil všetky zákonom stanovené možnosti, aby zabezpečil dôkazné prostriedky na správne zistenie skutočností nevyhnutných na vydanie rozhodnutia. 9. Žalovaný prvostupňové rozhodnutie správcu dane potvrdil rozhodnutím zo dňa 19.11.2015. V odôvodnení poukázal na to, že odvolávajúci nepreukázal, že došlo k reálnemu uskutočneniu pomocných stavebných prác deklarovaných na faktúrach č. 20/2008, č. 22/2008, č. 24/2008, č. 26/2008, č. 28/2008 a č. 30/2008 dodávateľom OMNIS SERVIS, s.r.o., Šaľa. Dôkazmi, ktoré predložil odvolávajúci boli len vyššie uvedené faktúry. Samotná existencia faktúr, na ktorých je uvedená daň nezakladá právo na odpočítanie dane. Pre splnenie zákonných podmienok pre uznanie práva na odpočítanie DPH nepostačuje, ak daňový subjekt deklaruje zdaniteľné plnenie preukázaním daňových dokladov - faktúr s predpísaným obsahom. Žalobca neuniesol dôkazné bremeno, keď nevyvrátil relevantným spôsobom pochybnosti o hodnovernosti vyššie uvedených faktúr vystavených spoločnosťou OMNIS SERVIS, s.r.o. a nepreukázal splnenie podmienok s poukazom na § 49 ods. 1, 2 písm. a) v nadväznosti na § 19 ods. 2 a § 51 ods. 1 zákona o DPH. 10. Podľa § 177 ods. 1 SSP, zákon č. 162/2015 Z. z., správnou žalobou sa žalobca môže domáhať ochrany svojich subjektívnych práv proti rozhodnutiu orgánu verejnej správy alebo opatreniu orgánu verejnej správy. 11.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preskúmavaní zákonnosti rozhodnutia a postupu správneho orgánu je posudzovať, či správny orgán vecne príslušný na konanie si zadovážil dostatok skutkových podkladov pre vydanie rozhodnutia, či dostatočne zistil skutkový stav veci, či konal v súčinnosti s účastníkmi konania, či rozhodnutie bolo vydané v súlade so zákonmi a inými právnymi predpismi a či obsahovalo zákonom predpísané náležitostí, teda či rozhodnutie správneho orgánu bolo vydané v súlade s hmotnoprávnymi ako aj procesnoprávnymi predpismi. Zákonnosť rozhodnutia správneho orgánu je podmienená zákonnosťou postupov správneho orgánu predchádzajúceho vydaním napadnutého rozhodnutia. 12. Podľa § 3 ods. 1 zákona č. 563/2009 Z. z. - Daňový poriadok, pri správe daní sa postupuje podľa všeobecne záväzných právnych predpisov, chránia sa záujmy štátu a obcí a dbá sa pritom na zachovávanie práv a právom chránených záujmov daňových subjektov a iných osôb. 13. Podľa § 3 ods. 2 zákona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14. Podľa § 3 ods. 3 zákona č. 563/2009 Z. z., správca dane hodnotí dôkazy podľa svojej úvahy, a to každý dôkaz jednotlivo a všetky dôkazy v ich vzájomnej súvislosti, pritom prihliada na všetko, čo pri správe daní vyšlo najavo. 15. Podľa § 3 ods. 5 zákona č. 563/2009 Z. z., správca dane je povinný vykonať úkony pri správe daní aj z vlastného podnetu, ak sú splnené zákonné podmienky pre vznik alebo existenciu daňovej pohľadávky, a to aj vtedy, ak daňový subjekt nesplnil riadne alebo vôbec svoje povinnosti. 16. Podľa § 3 ods. 6 zákona č. 563/2009 Z. z.,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17. Podľa § 3 ods. 7 zákona č. 563/2009 Z. z., daňové subjekty majú pri správe daní rovnaké práva a povinnosti. 18. Podľa § 3 ods. 8 zákona č. 563/2009 Z. z., právom aj povinnosťou daňových subjektov a iných osôb podľa § 4 ods. 2 písm. d) pri správe daní je úzko spolupracovať so správcom dane. 19. Podľa § 24 ods. 1 zákona č. 563/2009 Z. z.,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20. Podľa § 24 ods. 2 zákona č. 563/2009 Z. z., správca dane vedie dokazovanie, pričom dbá, aby skutočnosti nevyhnutné na účely správy daní boli zistené čo najúplnejšie a nie je pritom viazaný iba návrhmi daňových subjektov. 21. Podľa § 24 ods. 3 zákona č. 563/2009 Z. z., správca dane preukazuje skutočnosti o úkonoch vykonaných voči daňovému subjektu, ktoré sú rozhodné pre správne určenie dane. Nie je potrebné dokazovať skutočnosti všeobecne známe alebo známe správcovi dane z jeho činnosti. 22. Podľa § 24 ods. 4 zákona č. 563/2009 Z. 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23. Podľa § 45 ods. 1 zákona č. 563/2009 Z. z.,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24. Podľa § 45 ods. 2 zákona č. 563/2009 Z. z.,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25. Podľa § 19 ods. 2 zák. č. 222/2004 o DPH v znení k 30.11.2008 daňová povinnosť vzniká dňom dodania služby. Ak je služba dodaná zahraničnou osobou z iného členského štátu alebo z tretieho štátu a osobou povinnou platiť daň v tuzemsku je príjemca služby podľa § 69 ods. 2 až 4, daňová povinnosť vzniká dňom vyhotovenia faktúry; ak faktúra nie je vyhotovená do konca tretieho kalendárneho mesiaca nasledujúceho po kalendárnom mesiaci, v ktorom bola služba dodaná, daňová povinnosť vzniká posledným dňom tretieho kalendárneho mesiaca nasledujúceho po kalendárnom mesiaci, v ktorom bola služba dodaná. 26. Podľa § 49 ods. 1 zákona č. 222/2004 Z. z. o DPH v znení k 30.11.2008, právo odpočítať daň z tovaru alebo zo služby vzniká platiteľovi v deň, keď pri tomto tovare alebo službe vznikla daňová povinnosť. 27. Podľa § 49 ods. 2 citovaného zákona, písm. a)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28. Podľa § 51 ods. 1 zákona č. 222/2004 Z. z.,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29. Podľa § 70 ods. 1 zákona č. 222/2004 Z. z., platiteľ je povinný viesť podrobné záznamy podľa jednotlivých zdaňovacích období o dodaných tovaroch a službách a o prijatých tovaroch a službách; osobitne vedie záznamy o dodaní tovarov a služieb do iného členského štátu, o nadobudnutí tovaru z iného členského štátu, o prijatí služieb z iného členského štátu a o dovoze tovaru. V záznamoch sa uvádzajú údaje rozhodujúce pre správne určenie dane. Na účely odpočítania dane vedie platiteľ záznamy v členení na tovary a služby s možnosťou odpočítania dane, bez možnosti odpočítania dane a s možnosťou pomerného odpočítania dane. Platiteľ vedie záznamy aj o platbách prijatých pred dodaním tovarov a služieb a o platbách poskytnutých pred dodaním tovarov a služieb. 30. Úlohou správcu dane pri posudzovaní opodstatnenosti uplatnených nárokov na odpočítanie DPH je vychádzať nielen z daňových dokladov predložených platiteľom, ale aj zo zistení, či predloženým dokladom neabsentuje materiálny podklad. Nie je však jeho povinnosťou zisťovať, od ktorého iného dodávateľa žalobca tovar alebo služby v skutočnosti prevzal alebo akým spôsobom ich tento získal, pokiaľ skutkové zistenia spochybňujú tvrdenie daňového subjektu o tom, že predmetná služba alebo tovar boli dodané obchodnou spoločnosťou, ktorá je deklarovaná ako dodávateľ žalobcu. Uskutočnenie zdaniteľného plnenia je základnou podmienkou pre uplatnenie odpočtu DPH. V prípade, ak zdaniteľné plnenie podľa faktúry nie je uskutočnené dodávateľom na nej uvedeným, potom len formálna existencia faktúry, ako aj preukazovanie zaplatenia týchto súm pokladničnými dokladmi, nie sú predpokladom pre odpočítanie dane v zmysle Zákona o DPH. 31. Krajský súd má za to, že podmienky uvedené v § 49 ods. 1, 2 písm. a),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 žalobcu. Naopak, zákonodarca požaduje (pre ľahkú zneužiteľnosť), aby platiteľ, ktorý nárok na odpočet uplatňuje, preukázal existenciu podmienok, ktoré pre nárok na odpočet stanovil. Vo všeobecnosti možno uzavrieť, že pokiaľ si platiteľ uplatňuje nárok na odpočítanie z dodávateľskej faktúry, musí byť schopný preukázať, že zdaniteľné obchody boli reálne uskutočnené, a to práve osobou uvedenou na faktúre. 32. Žalobca v žalobe namieta, že nie je pravdivé tvrdenie žalovaného, že okrem faktúr nepredložil správcovi dane žiadne iné dôkazy preukazujúce realizáciu pomocných stavebných prác realizovaných dodávateľom OMNIS SERVIS, s.r.o.. Namietal, že tieto doklady odovzdal správcovi dane dňa 08.7.2013 ešte pred samotným začatím daňovej kontroly. Žalobca predložil peňažný denník, príjmové a výdavkové pokladničné doklady, evidenciu záväzkov a pohľadávok, výpisy z bankového účtu, evidenciu pohľadávok k 31.12.2007 uhradených v roku 2008, zmluvu o dielo medzi spoločnosťou OMNIS SERVIS, s.r.o. a žalobcom, protokoly k vystaveným faktúram spoločnosťou OMNIS SERVIS, s.r.o. a fotokópiu občianskeho preukazu Vladimíra Ollého. Skutočnosť predloženia špecifikovaných dokladov zo strany žalobcu nie je sporná, vychádza z potvrdenia o zapožičaní dokladov č. 951401/5/3264310/2013 zo dňa 8.7.2013. Súd poukazuje na skutočnosť, že medzi uvedenými dokladmi sa však nenachádzal žiadny dôkaz, ktorý by vyvrátil pochybnosť správcu dane o realizácií predmetných prác dodávateľom OMNIS SERVIS, s.r.o.. Z predložených dokladov, z faktúr a ani z odovzdávacích protokolov ani nie je zrejmé, či fakturované pomocné stavebné práce za spoločnosť OMNIS SERVIS, s.r.o. vykonávali zamestnanci tejto spoločnosti, alebo osoby pracujúce na živnosť. 33. Podľa názoru súdu sa žalovaný orgán stotožnil s prijatým záverom správcu dane, ktorým žalobcovi neuznal odpočítanie dane v celkovej výške 96.140,00 Sk - 3.191,26 Eur, a to z faktúr vystavených dodávateľom OMNIS SERVIS, s.r.o., Hollého 36, Šaľa, a to z faktúr č. 137/2008-139/2008, 138/2008, správne. Vykonaným dokazovaním dožiadaný správca dane Daňový úrad Nitra zistil, že spoločnosť OMNIS SERVIS, s.r.o. bola registrovaná ako štvrťročný platiteľ DPH od 10.07.1998. Posledné daňové priznanie na dani z príjmov právnických osôb bolo podané za rok 2003, na DPH za III. štvrťrok 2004, pričom v spoločnosti správca dane určil posledné zdaňovacie obdobie na DPH II. štvrťrok 2009. Vo vzťahu k námietkam žalobcu, že skutočnosť, že spoločnosť OMNIS SERVIS, s.r.o. nie je kontaktná, neplní si svoje povinnosti vo vzťahu k správcovi dane neznamená, že spoločnosť neuskutočnila uvedené práce uhradené na základe predložených faktúr súd udáva, že dožiadaný správca dane zaslal spoločnosti OMNIS SERVIS, s.r.o. na adresu jej sídla výzvu na predloženie dokladov zo dňa 21.08.2013, ktorou požadoval predložiť účtovné doklady za I. až IV. štvrťrok 2008, pričom uvedená písomnosť sa správcovi dane vrátila ako neprevzatá v odbernej lehote. Dňa 23.09.2013 dožiadaný správca dane zaslal konateľovi spoločnosti Vladimírovi Ollému na adresu J. Hollého 36, Šaľa predvolanie na ústne pojednávanie, ktoré sa malo uskutočniť dňa 17.10.2013. Zásielka sa správcovi dane vrátila ako neprevzatá v odbernej lehote a Vladimír Ollé sa k správcovi dane nedostavil. Správca dane bol opätovne predvolaný Daňovým úradom Nitra na výsluch svedka zo dňa 19.08.2014 a dňa 26.09.2014, pričom obe písomnosti sa vrátili správcovi dane ako neprevzaté v odbernej lehote. Následne Daňový úrad Nitra zaslal dňa 06.11.2014 žiadosť o predvedenie menovaného na OOPZ D., ktoré v odpovedi uviedlo, že menovaného nebolo možné predviesť, nakoľko sa už dlhšiu dobu nezdržiava na adrese J. R. XX, Šaľa - Veča, a bez prihlásenia býva v G. na ul. Y. č. XXX, čo patrí do služobného obvodu OOPZ Močenok. ORPZ v Šali, OOPZ Močenok v odpovedi doručenej správcovi dane dňa 24.07.2015 uviedlo, že menovaného Vladimíra Ollého sa nepodarilo predviesť. Podľa vyjadrenia OOPZ, ak sa menovaný na tejto adrese zdržiava, pravdepodobne sa zatajuje. O predvedení menovaného svedka bol odvolávajúci sa informovaný upovedomením zo dňa 09.06.2015. 34. Vo vzťahu k námietke žalobcu, že dôkazné bremeno, ktoré stíha daňový subjekt nie je možné vykladať extenzívne a rozširovať ho vo vzťahu k daňovému subjektu, súd poukazuje najmä aj na rozhodnutia Najvyššieho súdu SR sp. zn. 2Sžf 4/2009 zo dňa 23.06.2010 v spojení s rozhodnutím Ústavného súdu SR č. k. III. ÚS 78/2011-17 zo dňa 23.02.2011. Primárne je nevyhnutné uniesť dôkazné bremeno na strane daňového subjektu, ktorý disponuje svojim právom uplatniť si zo zákonom stanovených a splnených podmienok nárok na odpočet dane z pridanej hodnoty, t. j. je iniciátorom odpočítania dane z pridanej hodnoty, a ktorý si aj tento nárok uplatnil, preto je jeho povinnosťou preukázať, že nárok si uplatňuje odôvodnene a za zákonom stanovených podmienok. Následne dokazovanie zo strany správcu dane slúži až na následnú verifikáciu skutočností a dokladov predkladaných daňovým subjektom. Ak daňový subjekt, na ktorom leží dôkazné bremeno, svoje tvrdenie spoľahlivo nepreukáže, nemôže byť nárok na odpočet DPH uznaný ako oprávnený. Bolo preukázané, že žalovaný, resp. správca dane preveroval predmetné zdaniteľné obchody u dodávateľa - OMNIS SERVIS, s.r.o.. Správca dane niekoľkokrát predvolával konateľa tejto spoločnosti Vladimíra Ollého na vypočutie ako svedka, tento sa však k správcovi dane nedostavil, pričom bol predvolaný aj prostredníctvom príslušníkov policajného zboru žiadosťou o predvedenie. Súd poukazuje na to, že správca dane Daňový úrad Nitra už v priebehu daňovej kontroly vykonávanej Daňovým úradom Žilina k dani z príjmov fyzickej osoby za zdaňovacie obdobie roku 2008 zaslal dňa 08.11.2012 spoločnosti OMNIS SERVIS, s.r.o. výzvu na predloženie dokladov aj jej konateľovi Vladimírovi Ollému zaslal dňa 08.11.2012 predvolanie, dňa 12.12.2012 opakované predvolanie, dňa 27.02.2013 ďalšie predvolanie. Vladimír Ollé sa však k správcovi dane nedostavil a to i napriek tomu, že predvolanie zo dňa 08.11.2012 prevzal. Taktiež sa správca dane Daňový úrad Nitra s menovaným skontaktoval aj telefonicky, pričom bol zároveň požiadaný prostredníctvom OOPZ aj o predvedenie. Aj podľa názoru súdu správne orgány v predmetnej veci využili všetky zákonné prostriedky a možnosti k zabezpečeniu výpovede konateľa dodávateľskej spoločnosti OMNIS SERVIS, s.r.o., avšak boli bezúspešní. 35. Súd uvádza, že žalobca okrem vyššie uvedených faktúr, odovzdávacích protokolov, zmluvy o dielo nepredložil správcovi dane žiadne iné dôkazy preukazujúce realizáciu predmetných pomocných stavebných prác dodávateľom OMNIS SERVIS, s.r.o.. Faktúry, ktoré boli predložené obsahujú len všeobecný opis zdaniteľného plnenia (ako napr. fakturujem vám za pomocné práce na vašich stavbách - fa č. 20/2008, č. 22/2008, č. 24/2008, č. 26/2008, č. 28/2008 a č. 30/2008 bez bližšieho miesta výkonu stavebných prác), nie je na nich uvedený podrobný súpis vykonaných prác, rovnako neboli predložené ani ďalšie dôkazy, ako napr. zmluvy o vykonaní prác, rovnako odovzdávacie protokoly k faktúram nie sú konkrétne, sú všeobecného charakteru. Rovnako zo strany žalobcu neboli predložené ani stavebné denníky, zmenovky a pod.. Žalobca nešpecifikoval vo vzťahu k týmto konkrétnym faktúram, že či práce na stavbách boli vykonávané prostredníctvom zamestnancov dodávateľa žalobcu resp. iných živnostníkov. 36. Pre splnenie zákonných podmienok pre uznanie práva na odpočítanie DPH nepostačuje, ak daňový subjekt deklaruje zdaniteľné plnenia len preukázaním daňových dokladov - faktúr s predpísaným obsahom. To, že faktúry majú všetky náležitosti účtovného dokladu a sú riadne zaúčtované v zmysle zákona o účtovníctve ešte nie je dôkazom toho, že daňový subjekt je oprávnený uplatniť si odpočítanie dane z týchto dokladov, pretože pri uplatnení práva na odpočítanie na základe predložených faktúr musí nastať aj vecné naplnenie podstaty veci, t. j. musí dôjsť k dodaniu deklarovaných zdaniteľných obchodov, v danom prípade k dodaniu pomocných stavebných prác dodávateľom OMNIS SERVIS, s.r.o.. 37. Žalobca neuniesol dôkazné bremeno, keď nevyvrátil relevantným spôsobom pochybnosti o hodnovernosti vyššie uvedených fakúr vystavených spoločnosťou OMNIS SERVIS, s.r.o. a nepreukázal splnenie podmienok na uplatnenie práva na odpočítanie dane. Uvedeným postupom došlo k porušeniu § 49 ods. 1 a 2 písm. a) v nadväznosti na § 19 ods. 2 a § 51 ods. 1 písm. a) zákona č. 222/2004 Z. z.. 38. Vo vzťahu k námietke žalobcu, že ak správca dane namieta materiálnu stránku plnenia dodávateľa žalobcu - spoločnosťou OMNIS SERVIS, s.r.o. mal nariadiť miestne zisťovanie - ohliadku, súd uvádza, že správca dane v danom prípade nespochybnil uskutočnenie predmetných prác, ale spochybnil skutočnosť, že tieto práce boli vykonané spoločnosťou OMNIS SERVIS, s.r.o.. Ohliadka miesta výkonu prác by v danej veci nebola dôkazom preukazujúcim, že pomocné stavebné práce vykonala práve spoločnosť OMNIS SERVIS, s.r.o.. Preto aj táto námietka žalobcu je bezpredmetná. 39. Žalobca namieta, že spoločnosť OMNIS SERVIS, s.r.o. nie je kontaktná a neplní si svoje povinnosti vo vzťahu k správcovi dane, pričom toto nemôže znamenať, že neuskutočnila uvedené stavebné práce. Aj podľa názoru súdu dôkazné bremeno je na strane daňového subjektu v súlade s ustanovením § 24 ods. 1 písm. a), b, c) daňového poriadku. 40. Vo vzťahu k námietke, že spoločnosť OMNIS SERVIS, s.r.o. pokiaľ nepodávala daňové priznanie a bola jej zrušená registrácia, že toto nemusí nutne znamenať, že nevykazovala žiadnu ekonomickú činnosť súd udáva, že len na základe uvedeného a s týmto sa stotožňuje s názorom žalobcu, nie je možné vyvodiť záver, podľa ktorého nedošlo k uskutočneniu služieb - prác vyúčtovaných predmetnými faktúrami. Získané informácie o nepodávaní daňových priznaní spoločnosťou OMNIS SERVIS, s.r.o. a zrušenie jej registrácie neboli jedinými a podstatnými dôkazmi vo veci, na základe ktorých správca dane a napokon aj žalovaný dospel k predmetnému záveru, pričom správca dane dospel k záveru o neuznaní odpočtu dane z predmetných faktúr na základe už uvádzaných skutočností vyššie. 41. Vo vzťahu k poukazom na rozsudky Súdneho dvora ES č. C-354/03 Optigent, C-355/203 Fulcrum Elektronics, C-484/03 - Bond House súd udáva a poukazuje na rozsudok ESD C-439/04 - Axel Kittel, že vo vzťahu k nedbanlivosti a úmyslu je súdny dvor toho názoru, že osobe povinnej k dani, ktorá vedela alebo musela vedieť, že prijatím určitého plnenia sa bude podieľať na plnení, ktoré je spojené s daňovým únikom v oblasti DPH, môže byť uplatnenie nároku na odpočet dane odopreté. Súd podotýka, že Súdny dvor ES vo viacerých rozsudkoch pripomenul, že boj proti podvodom, daňovým únikom a prípadným zneužitiam je cieľ uznaný a podporovaný Smernicou Rady č. 2006/112/ES - napr. rozsudok C-80/11 a C-142/11 Mahagében KFT, č. C-504/10 Tanoarch. Súdny dvor vo svojej judikatúre tiež konštatuje, že nie je v rozpore s právom únie požadovať, aby subjekt prijal všetky opatrenia, ktoré od neho možno rozumne požadovať, aby sa uistil, že plnenie, ktoré uskutoční nebude viesť k jeho účasti na daňovom podvode - rozhodnutie č. C-409/04 Teleos a iné a č. C-499/10 Vlaamse Oliematschappij. 42. K ďalšej námietke žalobcu, že správca dane konal v rozpore so zásadou povinnosti zachovávať daňové tajomstvo, keď doručil výzvu - vrátane protokolu č. 5901401/5/2154425/2014 predchádzajúcemu právnemu zástupcovi, čím sprístupnil daňové tajomstvo osobe, ktorá nemá oprávnenie oboznamovať sa s daňovým tajomstvom súd uvádza, že žalobca dňa 29.04.2013 splnomocnil JUDr. Petra Rybára na zastupovanie vo veci daňovej kontroly vykonávanej Daňovým úradom Žilina len na dani z príjmu, správca dane v priebehu daňovej kontroly dane z pridanej hodnoty doručil JUDr. Petrovi Rybárovi oznámenie zo dňa 28.04.2014, v ktorom ho oboznámil so skutočnosťami zistenými v priebehu daňovej kontroly, ako aj protokolom z daňovej kontroly č. 9501401/5/2154425/2014 zo dňa 23.05.2014 spolu s výzvou na vyjadrenie sa. Uvedené pochybenie však správca dane napravil tým, že predmetný protokol s výzvou na vyjadrenie č. 9501401/5/2884259/2014 zo dňa 18.06.2014 bol následne doručený splnomocnenému zástupcovi žalobcu - spoločnosti V4 Legal, s.r.o. v súlade s plnomocenstvom zo dňa 10.06.2014. Splnomocnený zástupca žalobcu spoločnosť V4 Legal, s.r.o. bol taktiež oboznámený so skutočnosťami zistenými v priebehu daňovej kontroly, a to počas ústneho pojednávania zo dňa 07.08.2014, z ktorého bola vyhotovená aj zápisnica č. 9501401/5/3777899/2014. Aj podľa názoru súdu uvedeným postupom správcu dane došlo k porušeniu daňového tajomstva tak, ako to namieta žalobca, avšak toto procesné pochybenie nemá vplyv na zákonnosť rozhodnutia správcu dane zo dňa 17.08.2015 resp. rozhodnutia žalovaného správneho orgánu. Následne ani prípadné vyvodenie právnych následkov porušenia daňového tajomstva vo vzťahu k správcovi dane, ktorého sa dovolával žalobca v odvolaní by nemalo žiadny vplyv na vecné a právne posúdenie prijatého záveru správcu dane. Vzhľadom na uvedené bola aj uvedená žalobná námietka vyhodnotená zo strany súdu ako nedôvodná. 43. K námietke žalobcu, že nebol oboznámený so skutočnosťami zistenými daňovou kontrolou na DPH za zdaňovacie obdobie I. až IV. štvrťroku 2008 súd uvádza, že protokol s výzvou na vyjadrenie č. 9501401/5/2884259/2014 zo dňa 18.06.2014 bol doručený splnomocnenému zástupcovi žalobcu, a to spoločnosti V4 Legal, s.r.o. v súlade s plnomocensvom zo dňa 10.06.2014. Uvedené preukazuje doručenka z doručovania predmetnej výzvy a protokolu, keď je zrejmé, že V4 Legal, s.r.o. uvedenú výzvu a protokol prevzal dňa 19.06.2014. Splnomocnený zástupca žalobcu a to spoločnosť V4 Legal, s.r.o. bol taktiež oboznámený so skutočnosťami zistenými v priebehu daňovej kontroly, a to počas ústneho pojednávania, ktoré bolo konané dňa 07.08.2014, čo vyplýva zo zápisnice č. 9501401/5/3777899/2014. 44. Čo sa týka námietok vo vzťahu, že príslušníci OOPZ Šaľa v súvislosti s daňovou kontrolou vykonávali úkony, a to pokus o predvedenie konateľa spoločnosti OMNIS SERVIS, s.r.o. ešte pred jej samotným začiatkom, súd udáva, že tento úkon bol vykonaný v priebehu kontroly na dani z príjmov fyzickej osoby, ktorá bola začatá dňa 02.08.2012, pričom súd uvádza, že správca dane aj v priebehu daňovej kontroly na DPH za zdaňovacie obdobie I. a IV. štvrťrok požiadal príslušné policajné oddelenie o predvedenie, a to žiadosťami zo dňa 06.11.2014 a zo dňa 09.06.2015. 45. Čo sa týka námietok žalobcu, ktoré sa týkajú daňovej kontroly na dani z príjmov fyzických osôb za rok 2008, v ktorých námietkach namietal žalobca, že počas tejto daňovej kontroly predložil zoznam zamestnancov s dátumami a presnými adresami pobytu pracujúcich na prácach fakturovaných spoločnosťou OMNIS SERVIS, s.r.o. a taktiež uviedol telefónny kontakt na Vladimíra Ollého súd poukazuje v tejto súvislosti na skutočnosť, že tieto skutočnosti mal namietať žalobca v rámci konania o preskúmanie rozhodnutia, ktoré súviselo s predmetnou daňou z príjmov fyzických osôb za konkrétny rok 2008, pričom sa súd stotožňuje s vyjadrením žalovaného, že v danej veci, ktorá je predmetom prieskumu pred správnym súdom žalobca neupresnil adresy zamestnancov, pričom správca dane žiadal doložiť aj kópie pracovných zmlúv alebo živnostenských oprávnení a tieto dôkazy žalobcom predložené neboli. Z tohto dôvodu aj túto námietku vyhodnotil súd ako nedôvodnú. 46. Pokiaľ sa týka ďalšej námietky, že správca dane nerešpektoval viazanosť právnym názorom odvolacieho orgánu, keď vykonal v rámci dokazovania niekoľko formalistických úkonov, ktoré nesmerovali k úplnému zisteniu a objasneniu skutkového stavu veci súd udáva, že žalovaný rozhodnutím zo dňa 22.04.2015 zaviazal správcu dane, aby využil v ďalšom konaní všetky zákonné možnosti na vypočutie Vladimíra Ollého ako svedka, pričom správca dane v ďalšom konaní vykonal úkony požadované odvolacím orgánom, keď požiadal Daňový úrad Nitra o vypočutie Vladimíra Ollého. Tento Daňový úrad Nitra zaslal dňa 09.06.2015 na OOPZ Šaľa žiadosť o predvedenie, v ktorej uviedol, že z odpovede zo dňa 26.11.2014 vyplynula skutočnosť, že Vladimír Ollé bez príhlásenia býva v G., na ul. Y. č. XXX, pričom uvedená adresa patrí do služobného obvodu OOPZ Močenok, pričom Daňový úrad Nitra žiadal o predvedenie uvedenej osoby, a od MVSR ORPZ v Šali, odbor poriadkovej a dopravnej polície, OOPZ Močenok zo dňa 21.07.2014 obdržal odpoveď, v ktorej bolo uvedené, že menovaného sa nepodarilo predviesť, nakoľko na uvedenej adrese nikto neotváral, a ak sa tam menovaný zdržiava, pravdepodobne sa zatajuje. Aj podľa názoru súdu správca dane v ďalšom konaní vykonal všetky požadované úkony odvolacím orgánom a z uvedeného dôvodu považoval súd túto žalobnú námietku za neopodstatnenú. Napokon z úradnej činnosti súdu je známe, že prieskum rozhodnutia žalovaného týkajúceho sa zdaňovacieho obdobia roku 2008 na dani z príjmov za zdaňovacie obdobie roku 2008, ktorý bol predmetom prieskumu v konaní tunajšieho súdu v konaní pod sp. zn. 21S/156/2013 ( týkal sa rovnako opodstatnenosti uplatnenia daňových výdavkov na základe faktúr od dodávateľa - OMNIS SERVIS s.r.o.) v ktorom konaní tunajší súd rozsudkom zo dňa 28.5.2014 žalobu zamietol z dôvodu neunesenia dôkazného bremena zo strany žalobcu. Najvyšší súd SR rozsudkom pod č.k. 6Sžf/102/2014 zo dňa 29.6.2016 predmetný rozsudok potvrdil. V odôvodnení konštatoval a poukazoval vo vzťahu k námietke žalobcu, že žalovaný nevyužil všetky zákonom stanovené možnosti v rámci dokazovania vo vzťahu k vypočutiu Vladimíra Ollého - konateľa OMNIS SERVIS s.r.o., na zásadu objektívnej pravdy ovládajúcu daňové konanie, ktorá nepredstavuje absolútnu povinnosť správcu dane viesť dokazovanie dovtedy, pokým sa bez pochýb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schopnosť zvrátiť závery vyplývajúce z realizované dokazovania z nich vyvodí, a to predovšetkým s prihliadnutím na skutočnosti a dôkazy vyplývajúce zo zistení, ktoré už mal správca dane v priebehu konania k dispozícií. V prejednávanom prípade správny orgán postupoval v daňovom konaní v súlade s vyššie uvedenou zásadou voľného hodnotenia dôkazov, keď hodnotil každý dôkaz jednotlivo a všetky dôkazy vo vzájomnej súvislosti. Zároveň sa vyjadril ku všetkým navrhnutým dôkazom zo strany žalobcu a ich nevykonanie náležite odôvodnil. 47. Súd zdôrazňuje, že žalobca mal pri obchodno-záväzkových vzťahoch postupovať s dostatočnou starostlivosťou tak, aby disponoval dostatočnými dôkazmi, ktorými by preukazovali skutočný rozsah prác, ktoré mal prijať od obchodnej spoločnosti OMNIS SERVIS, s.r.o., Šaľa (pričom je obvyklé pri prácach v takom rozsahu, ako boli uvedené na jednotlivých faktúrach, podľa názoru súdu aj viesť stavebný denník). Svoje tvrdenia mohol byť spôsobilý preukázať označením svedkov, pracovníkov, prípadne živnostníkov, ktorí by potvrdili, ktorí konkrétny pracovníci OMNIS SERVIS, s.r.o. alebo, ktorí živnostníci a v akom časovom období na akej konkrétnej stavbe pracovali, tým stotožniť rozsah fakturovaných prác, aj následným výsluchom osôb, ktoré za spoločnosť OMNIS SERVIS, s.r.o. mali práce vykonávať, mohol byť spôsobilý stotožniť rozsah fakturovaných prác. 48. Žalobca na pojednávaní dňa 21.09.2016 navrhol, aby súd vypočul zamestnancov dodávateľa žalobcu. Vo vzťahu k tejto námietke súd poukazuje aj na odôvodnenie v bode 45 rozsudku a zároveň uvádza, že správca dane a žalovaný zistili skutkový stav veci v takom rozsahu, aby bolo možné vo veci v súlade so zákonom rozhodnúť. Podľa názoru krajského súdu vypočutie bližšie neoznačených zamestnancov dodávateľa žalobcu by nemohlo zvrátiť rozhodnutie správcu dane a žalovaného a priznať žalobcovi vznik nároku na vrátenie nadmerného odpočtu z predmetných faktúr. Je nepochybné, že spoločnosť OMNIS SERVIS, s.r.o. práce nemohla realizovať a ani tieto práce neobjednala dodávateľsky. Nebol predložený žiadny stavebný denník a ani iný dôkaz, ktorý by preukázal vierohodnosť faktúr č. 20/2008 zo dňa 20.10.2008, č. 22/2008 zo dňa 27.10.2008, č. 24/2008 zo dňa 17.11.2008, č. 26/2008 zo dňa 24.11.2008, č. 28/2008 zo dňa 18.12.2008 a č. 30/2008 zo dňa 21.12.2008. 49. Žalobca dôkaznými prostriedkami nepreukázal opak skutkového zistenia správneho orgánu, i keď mal potenciu dôkazmi, a to výsluchom jednotlivých svedkov, ktorých konkrétne mohol označiť, že pracovali na jednotlivých stavbách, ktoré boli predmetom jednotlivých faktúr. Súd poukazuje aj na rozhodnutie Najvyššieho súdu SR sp. zn. 8Sžf 121/2013 zo dňa 29.01.2015, kde najvyšší súd v odôvodnení rozsudku konštatuje, že samotná existencia faktúry vyhotovenej platiteľom dane, na ktorej je uvedená DPH, nezakladá právo na odpočet dane uvedenej na faktúre.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Ďalej v tomto smere poukazuje súd aj na rozhodnutie Najvyššieho súdu SR v konaní 2Sžf 4/2009 zo dňa 23.06.2010 v spojení s rozhodnutím Ústavného súdu SR sp. zn. III. ÚS 78/2011-17 zo dňa 23.02.2011. 50. Krajský súd poukazuje na to, že námietky žalobcu nespochybňujú zákonnosť napadnutého rozhodnutia žalovaného v spojení s prvostupňovým rozhodnutím. Žalobné body nevyvracajú tvrdenie žalovaného, že žalobca v konaní nepreukázal, že posudzovanými faktúrami účtované plnenie, z ktorých faktúr si žalobca uplatnil odpočet DPH fyzicky skutočne realizoval dodávateľ uvedený na faktúre. 51. Vzhľadom aj na ustálenú judikatúru Najvyššieho súdu SR krajský súd dospel k záveru, že napadnuté rozhodnutie je v súlade so zákonom a neodchyľuje sa od ustálenej judikatúry súdov v SR v týchto veciach. Nebola dôvodná ani námietka žalobcu o nekompletnosti predloženého administratívneho spisu, táto nebola bližšie špecifikovaná. 52. O náhrade trov konania rozhodol súd pri aplikácií § 167 ods. 1 SSP. Žalobca nebol úspešný, preto mu nebolo priznané právo na náhradu trov konania. 53. Toto rozhodnutie bolo prijaté pomerom hlasov 3:0. Poučenie: Proti tomuto rozsudku je prípustná kasačná sťažnosť, ak to zákon pripúšťa (§ 439, § 440 SSP) v lehote 30 dní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https://www.kauzis.sk/judikatura/r/ECLI:SK:KSZA:2016:5016200311.1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