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20S/49/2016 z 8. 8. 2016</w:t>
      </w:r>
    </w:p>
    <w:p>
      <w:r>
        <w:t>Uznesenie Krajského súdu Žilina z 8. augusta 2016, sp. zn. 20S/49/2016, ECLI:SK:KSZA:2016:5016200314.2</w:t>
      </w:r>
    </w:p>
    <w:p>
      <w:r>
        <w:t>Súd: Krajský súd Žilina</w:t>
      </w:r>
    </w:p>
    <w:p>
      <w:r>
        <w:t>Spisová značka: 20S/49/2016</w:t>
      </w:r>
    </w:p>
    <w:p>
      <w:r>
        <w:t>ECLI: ECLI:SK:KSZA:2016:5016200314.2</w:t>
      </w:r>
    </w:p>
    <w:p>
      <w:r>
        <w:t>Dátum vydania: 8. 8. 2016</w:t>
      </w:r>
    </w:p>
    <w:p>
      <w:r>
        <w:t>Forma: Uznesenie</w:t>
      </w:r>
    </w:p>
    <w:p>
      <w:pPr>
        <w:pStyle w:val="Heading2"/>
      </w:pPr>
      <w:r>
        <w:t>Text rozhodnutia</w:t>
      </w:r>
    </w:p>
    <w:p>
      <w:r>
        <w:t>Súd: Krajský súd Žilina Spisová značka: 20S/49/2016 Identifikačné číslo súdneho spisu: 5016200314 Dátum vydania rozhodnutia: 09. 08. 2016 Meno a priezvisko sudcu, VSÚ: JUDr. Jana Martinčeková ECLI: ECLI:SK:KSZA:2016:5016200314.2 Uznesenie Krajský súd v Žiline, v senáte zloženom z predsedníčky senátu JUDr. Jany Martinčekovej a členov senátu JUDr. Eriky Čanádyovej a Mgr. Nory Tomkovej, v právnej veci žalobkyne: I. C., nar. XX.XX.XXXX, bytom U. X, XXX XX D., právne zastúpenej Mgr. Ivanom Petkovom, advokátom so sídlom M. F. XX, XXX XX Q., proti žalovanému: Finančné riaditeľstvo Slovenskej republiky, so sídlom Lazovná č. 63, 974 01 Banská Bystrica, o preskúmanie rozhodnutia žalovaného č. 97838/2016 zo dňa 29.01.2016, takto r o z h o d o l : Uznesenie Krajského súdu v Žiline č. k. 20S/49/2016-51 zo dňa 21.06.2016 zrušuje. o d ô v o d n e n i e : 1. Žalobou zo dňa 05.04.2016 sa žalobkyňa prostredníctvom právneho zástupcu domáha, aby súd zrušil rozhodnutie žalovaného č. 97838/2016 zo dňa 29.01.2016 ako nezákonné a vec vrátil žalovanému na ďalšie konanie. Napadnutým rozhodnutím žalovaný potvrdil rozhodnutie Daňového úradu Žilina č. 1635486/2015 zo dňa 05.11.2015 o určení rozdielu dane v sume 16 621,39 Eur na dani z pridanej hodnoty za zdaňovacie obdobie február 2006. 2. Krajský súd v Žiline uznesením č. k. 20S/49/2016-51 zo dňa 21.06.2016 konanie zastavil pri aplikácii § 10 ods. 1 zák. č. 71/1992 Zb. o súdnych poplatkoch a poplatku za výpis z registra trestov (ďalej len „zák. č. 71/1992 Zb.“). Uznesenie bolo právnemu zástupcovi žalobcu doručené dňa 30.06.2016. Žalobca v lehote na podanie odvolania súdny poplatok za žalobu vo výške 70,- Eur zaplatil, dňa 06.07.2016, ktorú skutočnosť mal súd preukázanú zo záznamu o zložení zo dňa 11.07.2016 (č. l. 53 spisu). 3. Podľa § 10 ods. 3 veta prvá zák. č. 71/1992 Zb. prvoinštančný súd zruší uznesenie o zastavení konania pre nezaplatenie súdneho poplatku, ak poplatník zaplatí súdny poplatok do konca lehoty na podanie odvolania. 4. Súd pri aplikácii vyššie citovaného zákonného ustanovenia uznesenie o zastavení konania pre nezaplatenie súdneho poplatku zrušil. Rozhodnutie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https://www.kauzis.sk/judikatura/r/ECLI:SK:KSZA:2016:5016200314.2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