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Žilina sp. zn. 25Sd/76/2016 z 27. 4. 2016</w:t>
      </w:r>
    </w:p>
    <w:p>
      <w:r>
        <w:t>Rozhodnutie Krajského súdu Žilina z 27. apríla 2016, sp. zn. 25Sd/76/2016, ECLI:SK:KSZA:2016:5016200323.1</w:t>
      </w:r>
    </w:p>
    <w:p>
      <w:r>
        <w:t>Súd: Krajský súd Žilina</w:t>
      </w:r>
    </w:p>
    <w:p>
      <w:r>
        <w:t>Spisová značka: 25Sd/76/2016</w:t>
      </w:r>
    </w:p>
    <w:p>
      <w:r>
        <w:t>ECLI: ECLI:SK:KSZA:2016:5016200323.1</w:t>
      </w:r>
    </w:p>
    <w:p>
      <w:r>
        <w:t>Dátum vydania: 27. 4. 2016</w:t>
      </w:r>
    </w:p>
    <w:p>
      <w:r>
        <w:t>Forma: Rozhodnutie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Žilina Spisová značka: 25Sd/76/2016 Identifikačné číslo súdneho spisu: 5016200323 Dátum vydania rozhodnutia: 28. 04. 2016 Meno a priezvisko sudcu, VSÚ: Mgr. Nora Tomková ECLI: ECLI:SK:KSZA:2016:5016200323.1 Rozhodnutie Krajský súd v Žiline, v právnej veci navrhovateľky: MUDr. I. N., nar. XX.XX.XXXX, r. č. XXXXXX/XXXX, bytom D. - Q. U., U. F. XXXX/X, proti odporkyni: Sociálna poisťovňa, ústredie, Ul. 29 augusta č. 10, 813 65 Bratislava, o invalidný dôchodok, takto r o z h o d o l : Súd konanie z a s t a v u j e . Odporkyni náhradu trov konania n e p r i z n á v a . o d ô v o d n e n i e : Odporkyňa napadnutým rozhodnutím č. XXX XXX XXXX X zo dňa 18.12.2015 podľa § 70 a § 71 zákona o sociálnom poistení v znení neskorších predpisov zamietla žiadosť navrhovateľky o invalidný dôchodok zo dňa 30.11.2015. Proti rozhodnutiu odporkyne podala navrhovateľka včas opravný prostriedok, v ktorom namietala stanovenú mieru poklesu schopnosti vykonávať zárobkovú činnosť. Na základe podaného opravného prostriedku bol zdravotný stav navrhovateľky opätovne posúdený posudkovým lekárom sociálneho poistenia odporkyne, pobočky Liptovský Mikuláš dňa 09.03.2016 a posudkovým lekárom sociálneho poistenia odporkyne, ústredie dňa 04.04.2016. Posudkoví lekári sociálneho poistenia zotrvali na pôvodnom posudku, že navrhovateľka nie je invalidná podľa § 71 ods. 1 zákona o sociálnom poistení, lebo má mieru poklesu schopnosti vykonávať zárobkovú činnosť 40% v porovnaní so zdravou fyzickou osobou. Na pojednávaní navrhovateľka vzhľadom na vyjadrenie druhostupňovej posudkovej lekárky, a vzhľadom k tomu, že má podstúpiť v júni ďalšiu liečbu, zobrala opravný prostriedok späť a súhlasila s tým, aby súd konanie vo veci zastavil. Po absolvovaní ďalšej liečby navrhovateľka zváži, či si podá novú žiadosť o invalidný dôchodok. Zástupkyňa odporkyne nemala námietky voči zastaveniu konania. S poukazom na dispozitívny úkon navrhovateľky súd konanie zastavil v súlade s ust. § 250d ods. 3 O.s.p. v spojení s § 250h ods. 2 O.s.p.. O trovách konania súd rozhodol primerane podľa § 250h ods. 2 O.s.p. v spojení s § 250l ods. 2 O.s.p., podľa ktorého, až do rozhodnutia súdu môže žalobca vziať žalobu späť; ak žalovanému medzitým vznikli trovy konania, rozhodne súd o ich náhrade. V predmetnom konaní žalovanému správnemu orgánu trovy konania nevznikli, preto o ich náhrade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Bratislave, písomne v troch vyhotoveniach. Vzhľadom k tomu, že sa účastníci konania vzdali práva podať odvolanie proti vyhlásenému rozhodnutiu, toto nadobudne právoplatnosť dňom doručenia poslednému z nich.</w:t>
      </w:r>
    </w:p>
    <w:p/>
    <w:p>
      <w:r>
        <w:t>Zdroj: KAUZIS.SK – https://www.kauzis.sk/judikatura/r/ECLI:SK:KSZA:2016:5016200323.1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