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24Sd/81/2016 z 28. 4. 2016</w:t>
      </w:r>
    </w:p>
    <w:p>
      <w:r>
        <w:t>Uznesenie Krajského súdu Žilina z 28. apríla 2016, sp. zn. 24Sd/81/2016, ECLI:SK:KSZA:2016:5016200345.1</w:t>
      </w:r>
    </w:p>
    <w:p>
      <w:r>
        <w:t>Súd: Krajský súd Žilina</w:t>
      </w:r>
    </w:p>
    <w:p>
      <w:r>
        <w:t>Spisová značka: 24Sd/81/2016</w:t>
      </w:r>
    </w:p>
    <w:p>
      <w:r>
        <w:t>ECLI: ECLI:SK:KSZA:2016:5016200345.1</w:t>
      </w:r>
    </w:p>
    <w:p>
      <w:r>
        <w:t>Dátum vydania: 28. 4. 2016</w:t>
      </w:r>
    </w:p>
    <w:p>
      <w:r>
        <w:t>Forma: Uznesenie</w:t>
      </w:r>
    </w:p>
    <w:p>
      <w:pPr>
        <w:pStyle w:val="Heading2"/>
      </w:pPr>
      <w:r>
        <w:t>Text rozhodnutia</w:t>
      </w:r>
    </w:p>
    <w:p>
      <w:r>
        <w:t>Súd: Krajský súd Žilina Spisová značka: 24Sd/81/2016 Identifikačné číslo súdneho spisu: 5016200345 Dátum vydania rozhodnutia: 29. 04. 2016 Meno a priezvisko sudcu, VSÚ: JUDr. Zuzana Jančárová ECLI: ECLI:SK:KSZA:2016:5016200345.1 Uznesenie Krajský súd v Žiline, v právnej veci navrhovateľa: RNDr. Y. H., nar. X.X.XXXX, r. č.: XXXXXX/XXXX, bytom D. E. X, XXX XX Q., proti odporkyni: Sociálna poisťovňa, ústredie, so sídlom Ul. 29. augusta č. 8-10, 813 63 Bratislava, o výplatu predčasného starobného dôchodku, v konaní o opravnom prostriedku podanom navrhovateľom proti rozhodnutiu odporkyne č. XXX XXX XXXX X zo dňa 8.1.2016, takto r o z h o d o l : Súd konanie z a s t a v u j e . Navrhovateľovi náhradu trov konania n e p r i z n á v a . o d ô v o d n e n i e : Napadnutým rozhodnutím č. XXX XXX XXXX X zo dňa 8.1.2016 odporkyňa Sociálna poisťovňa, ústredie Bratislava podľa § 67 ods. 5 a § 112 ods. 6 zákona č. 461/2003 Z.z. o sociálnom poistení v znení neskorších predpisov zastavila navrhovateľovi od 8.2.2016 výplatu predčasného starobného dôchodku. Proti tomuto rozhodnutiu podal navrhovateľ včas opravný prostriedok, v ktorom sa domáhal jeho preskúmania. Uviedol, že s rozhodnutím odporkyne nesúhlasí, pretože dôvody, z ktorých vychádza, nie sú založené na skutočnosti. Dôchodkovo bol poistený od 31.12.2015 do 2.1.2016. Ku dňu rozhodnutia nebol dôchodkovo poistený, a preto mu odporkyňa výplatu predčasného starobného dôchodku zastavila neoprávnene. Uvedený opravný prostriedok navrhovateľa bol dňa 20.4.2016 predložený odporkyňou Krajskému súdu v Žiline na rozhodnutie. Odporkyňa vo vyjadrení k opravnému prostriedku navrhovateľa zo dňa 14.4.2016 okrem iného uviedla, že námietke navrhovateľa bolo vyhovené a dňa 1.3.2016 bolo vydané rozhodnutie, ktorým navrhovateľovi podľa § 112 ods. 4 zákona č. 461/2003 Z.z. o sociálnom poistení bola uvoľnená výplata predčasného starobného dôchodku od 8.2.2016, čím bolo opravnému prostriedku navrhovateľa v celom rozsahu vyhovené, a preto odporkyňa navrhla, aby súd podľa § 250o O.s.p. konanie zastavil. Z rozhodnutia odporkyne č. XXX XXX XXXX X zo dňa 1.3.2016 mal krajský súd preukázané, že Sociálna poisťovňa, ústredie Bratislava podľa § 112 ods. 4 zákona č. 461/2003 Z.z. o sociálnom poistení uvoľnila navrhovateľovi výplatu predčasného starobného dôchodku od 8.2.2016 v sume 283,90 € mesačne. V dôvodoch tohto rozhodnutia odporkyňa s poukazom na ustanovenie § 112 ods. 4 zákona č. 461/2003 Z.z. o sociálnom poistení uviedla, že nakoľko bol navrhovateľ dôchodkovo poistený podľa § 4 ods. 1 písm. b zákona č. 461/2003 Z.z. o sociálnom poistení v znení zákona č. 413/2012 Z.z. len v období od 31.12.2015 do 2.1.2016, uvoľňuje mu výplatu predčasného starobného dôchodku od zastavenia t.j. od 8.2.2016. Podľa ustanovenia § 250l ods. 1 a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V zmysle ustanovenia § 219 ods. 1 zákona č. 461/2003 Z.z. o sociálnom poistení v platnom znení proti rozhodnutiu Sociálnej poisťovne, ústredie, o dôchodkových dávkach možno podať opravný prostriedok, o ktorom rozhoduje súd podľa § 250l až § 250s O.s.p. Podľa ustanovenia § 250o O.s.p. ak správny orgán, ktorého rozhodnutie súd preskúmava, vydá nové rozhodnutie, ktorým návrhu celkom vyhovie, súd uznesením konanie zastaví. Nakoľko odporkyňa po podaní opravného prostriedku navrhovateľa vydala nové rozhodnutie, ktorým návrhu (t.j. opravnému prostriedku) navrhovateľa v celom rozsahu vyhovela, súd pri aplikácii ustanovenia § 250o O.s.p. rozhodol o zastavení konania. O trovách konania súd rozhodol v zmysle ustanovenia § 146 ods. 2 vety prvej O.s.p. v spojení s § 246c O.s.p., podľa ktorého ak niektorý z účastníkov zavinil, že konanie sa muselo zastaviť, je povinný nahradiť jeho trovy. Vzhľadom na to, že odporkyňa zrušila napadnuté rozhodnutie a vydala nové rozhodnutie, ktorým návrhu navrhovateľa v celom rozsahu vyhovela až po podaní opravného prostriedku navrhovateľom, odporkyňa nesie procesné zavinenie na zastavení konania, preto je povinná nahradiť navrhovateľovi trovy, ktoré mu v súvislosti s týmto konaní vznikli. Z obsahu spisového materiálu však nevyplýva, že by navrhovateľovi doposiaľ s týmto konaním nejaké trovy vznikli a zároveň ani samotný navrhovateľ nevzniesol procesný návrh na ich uplatnenie v zmysle ustanovenia § 151 ods. 1 O.s.p., v dôsledku čoho navrhovateľovi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https://www.kauzis.sk/judikatura/r/ECLI:SK:KSZA:2016:5016200345.1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