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24Sd/84/2016 z 1. 6. 2016</w:t>
      </w:r>
    </w:p>
    <w:p>
      <w:r>
        <w:t>Uznesenie Krajského súdu Žilina z 1. júna 2016, sp. zn. 24Sd/84/2016, ECLI:SK:KSZA:2016:5016200366.2</w:t>
      </w:r>
    </w:p>
    <w:p>
      <w:r>
        <w:t>Súd: Krajský súd Žilina</w:t>
      </w:r>
    </w:p>
    <w:p>
      <w:r>
        <w:t>Spisová značka: 24Sd/84/2016</w:t>
      </w:r>
    </w:p>
    <w:p>
      <w:r>
        <w:t>ECLI: ECLI:SK:KSZA:2016:5016200366.2</w:t>
      </w:r>
    </w:p>
    <w:p>
      <w:r>
        <w:t>Dátum vydania: 1. 6. 2016</w:t>
      </w:r>
    </w:p>
    <w:p>
      <w:r>
        <w:t>Forma: Uznesenie</w:t>
      </w:r>
    </w:p>
    <w:p>
      <w:pPr>
        <w:pStyle w:val="Heading2"/>
      </w:pPr>
      <w:r>
        <w:t>Text rozhodnutia</w:t>
      </w:r>
    </w:p>
    <w:p>
      <w:r>
        <w:t>Súd: Krajský súd Žilina Spisová značka: 24Sd/84/2016 Identifikačné číslo súdneho spisu: 5016200366 Dátum vydania rozhodnutia: 02. 06. 2016 Meno a priezvisko sudcu, VSÚ: JUDr. Zuzana Jančárová ECLI: ECLI:SK:KSZA:2016:5016200366.2 Uznesenie Krajský súd v Žiline, v právnej veci navrhovateľky: T. W., nar. XX.XX.XXXX, r. č.: XXXXXX/XXXX, trvale bytom G. XXXX, XXX K., korešpondenčná adresa: L. XXXX, XXX XX K., proti odporkyni: Sociálna poisťovňa, ústredie, so sídlom Ul. 29. augusta č. 8-10, 813 63 Bratislava, o výšku invalidného dôchodku, v konaní o opravnom prostriedku podanom navrhovateľkou proti rozhodnutiu odporkyne č. XXX XXX XXXX X zo dňa 9.12.2015, takto r o z h o d o l : Súd konanie z a s t a v u j e . Odporkyni náhradu trov konania n e p r i z n á v a . o d ô v o d n e n i e : Napadnutým rozhodnutím č. XXX XXX XXXX X zo dňa 9.12.2015 odporkyňa Sociálna poisťovňa, ústredie Bratislava podľa § 70 ods. 2 a § 82 zákona č. 461/2003 Z.z. o sociálnom poistení v znení neskorších predpisov priznala navrhovateľke od 21.10.2012 invalidný dôchodok v sume 164,70 € mesačne, zvýšený od 1.1.2013 na sumu 170,60 € mesačne, od 1.1.2014 na sumu 175,10 € mesačne a od 1.1.2015 na sumu 177,80 € mesačne a od 1.1.2016 na 178,80 € mesačne. V dôvodoch svojho rozhodnutia odporkyňa okrem iného uviedla, že pokles schopnosti navrhovateľky vykonávať zárobkovú činnosť je 55 % v porovnaní so zdravou fyzickou osobou. Jej dlhodobo nepriaznivý zdravotný stav bol posúdený posudkovým lekárom sociálneho poistenia Sociálnej poisťovne, pobočka Čadca, a výsledok jeho posúdenia je uvedený v lekárskej správe z 21.10.2015. V ďalšej časti odôvodnenia odporkyňa uviedla presný spôsob výpočtu priznanej dôchodkovej dávky, vrátane postupného zvyšovania invalidného dôchodku navrhovateľky, naposledy od 1.1.2016 na sumu 178,80 mesačne. Proti tomuto rozhodnutiu podala navrhovateľka včas opravný prostriedok, v ktorom žiadala o prehodnotenie zdravotného stavu, nakoľko tento jej nedovoľuje vykonávať žiadnu zárobkovú činnosť, má problém stretávať sa a komunikovať s ľuďmi, je stále unavená, má problémy so spánkom a nedokáže sa na nič sústrediť. Domáha sa priznania plného invalidného dôchodku s vyššou mierou poklesu schopnosti vykonávať zárobkovú činnosť. Uvedený opravný prostriedok navrhovateľky bol dňa 1.5.2016 predložený odporkyňou Krajskému súdu v Žiline na rozhodnutie. Za účelom posúdenia invalidity navrhovateľky na základe konania o opravnom prostriedku bol jej zdravotný stav posúdený posudkovým lekárom sociálneho poistenia Sociálnej poisťovne, ústredie, vysunuté pracovisko v Žiline MUDr. Y. P., ktorý v lekárskej správe - posudku zo dňa 2.5.2016 konštatoval, že navrhovateľka je invalidná podľa § 71 ods. 1 zákona č. 461/2003 Z.z. o sociálnom poistení, lebo pre dlhodobo nepriaznivý zdravotný stav má pokles schopnosti vykonávať zárobkovú činnosť o viac ako 40 % v porovnaní so zdravou fyzickou osobu na účely § 70 ods. 2 zákona č. 461/2003 Z.z. o sociálnom poistení v znení zákona č. 439/2004 Z.z. Invalidita vznikla pred dovŕšením veku, kedy končí povinná školská dochádzka. Invalidita vznikla v dôsledku choroby. Podaním zo dňa 26.5.2016, doručeným Krajskému súdu v Žiline dňa 31.5.2016 navrhovateľka vzala späť podaný opravný prostriedok. Rozhodovanie o opravných prostriedkoch proti rozhodnutiam správnych orgánov je upravené v tretej hlave piatej časti Občianskeho súdneho poriadku (ďalej len O.s.p.), konkrétne v ustanovení § 250l až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 žaloba vzatá späť (250h ods. 2 O.s.p.). Odvolanie proti uzneseniu je prípustné. S poukazom na dispozitívny úkon navrhovateľky, súd konanie podľa § 250d ods. 3 O.s.p. v spojení s § 250h ods. 2 O.s.p. zastavil. O trovách konania súd rozhodol primerane podľa ustanovenia § 250h ods. 2 O.s.p. v spojení s ustanovením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https://www.kauzis.sk/judikatura/r/ECLI:SK:KSZA:2016:5016200366.2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