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24Sd/87/2016 z 5. 6. 2016</w:t>
      </w:r>
    </w:p>
    <w:p>
      <w:r>
        <w:t>Uznesenie Krajského súdu Žilina z 5. júna 2016, sp. zn. 24Sd/87/2016, ECLI:SK:KSZA:2016:5016200370.1</w:t>
      </w:r>
    </w:p>
    <w:p>
      <w:r>
        <w:t>Súd: Krajský súd Žilina</w:t>
      </w:r>
    </w:p>
    <w:p>
      <w:r>
        <w:t>Spisová značka: 24Sd/87/2016</w:t>
      </w:r>
    </w:p>
    <w:p>
      <w:r>
        <w:t>ECLI: ECLI:SK:KSZA:2016:5016200370.1</w:t>
      </w:r>
    </w:p>
    <w:p>
      <w:r>
        <w:t>Dátum vydania: 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24Sd/87/2016 Identifikačné číslo súdneho spisu: 5016200370 Dátum vydania rozhodnutia: 06. 06. 2016 Meno a priezvisko sudcu, VSÚ: JUDr. Zuzana Jančárová ECLI: ECLI:SK:KSZA:2016:5016200370.1 Uznesenie Krajský súd v Žiline, v právnej veci navrhovateľky: W. F., nar. XX.XX.XXXX, r. č.: XXXXXX/XXXX, bytom U. XXXX/XX, XXX XX M., proti odporkyni: Sociálna poisťovňa, ústredie, so sídlom Ul. 29. augusta č. 8, 813 63 Bratislava, o invalidný dôchodok, o opravnom prostriedku podanom navrhovateľkou proti rozhodnutiu odporkyne č. XXX XXX XXXX X zo dňa 14.12.2015, takto r o z h o d o l : Súd konanie z a s t a v u j e . Odporkyni náhradu trov konania n e p r i z n á v a . o d ô v o d n e n i e : Napadnutým rozhodnutím č. XXX XXX XXXX X zo dňa 14.12.2015 odporkyňa podľa § 70 ods. 1 a § 82 zákona č. 461/2003 Z.z. o sociálnom poistení v znení neskorších predpisov priznala navrhovateľke od 19.10.2015 invalidný dôchodok 205,10 Eur mesačne, od 01.01.2016 v sume 217,60 Eur mesačne. Proti tomuto rozhodnutiu podala navrhovateľka včas opravný prostriedok. Za účelom posúdenia invalidity navrhovateľky na základe konania o opravnom prostriedku bol jej zdravotný stav posúdený posudkovým lekárom sociálneho poistenia Sociálnej poisťovne, ústredie, vysunuté pracovisko v Žiline MUDr. H. T., ktorý v lekárskej správe - posudku zo dňa 28.04.2016 konštatoval, že navrhovateľka je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45 %. Invalidita trvá. Invalidita vznikla v dôsledku choroby. Na pojednávaní dňa 06.06.2016 navrhovateľka súdu oznámila, že po oboznámení sa s posudkovým záverom druhostupňového posudkového lekára sociálneho poistenia MUDr. H. T. zo dňa 28.04.2016, ktorý ponechal mieru poklesu schopností vykonávať zárobkovú činnosť naďalej na 45 %,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https://www.kauzis.sk/judikatura/r/ECLI:SK:KSZA:2016:5016200370.1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