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25Sd/96/2016 z 8. 6. 2016</w:t>
      </w:r>
    </w:p>
    <w:p>
      <w:r>
        <w:t>Rozsudok Krajského súdu Žilina z 8. júna 2016, sp. zn. 25Sd/96/2016, ECLI:SK:KSZA:2016:5016200399.1</w:t>
      </w:r>
    </w:p>
    <w:p>
      <w:r>
        <w:t>Súd: Krajský súd Žilina</w:t>
      </w:r>
    </w:p>
    <w:p>
      <w:r>
        <w:t>Spisová značka: 25Sd/96/2016</w:t>
      </w:r>
    </w:p>
    <w:p>
      <w:r>
        <w:t>ECLI: ECLI:SK:KSZA:2016:5016200399.1</w:t>
      </w:r>
    </w:p>
    <w:p>
      <w:r>
        <w:t>Dátum vydania: 8. 6. 2016</w:t>
      </w:r>
    </w:p>
    <w:p>
      <w:r>
        <w:t>Forma: Rozsudok</w:t>
      </w:r>
    </w:p>
    <w:p>
      <w:r>
        <w:t>Oblasť práva: Správne právo</w:t>
      </w:r>
    </w:p>
    <w:p>
      <w:pPr>
        <w:pStyle w:val="Heading2"/>
      </w:pPr>
      <w:r>
        <w:t>Text rozhodnutia</w:t>
      </w:r>
    </w:p>
    <w:p>
      <w:r>
        <w:t>Súd: Krajský súd Žilina Spisová značka: 25Sd/96/2016 Identifikačné číslo súdneho spisu: 5016200399 Dátum vydania rozhodnutia: 09. 06. 2016 Meno a priezvisko sudcu, VSÚ: Mgr. Nora Tomková ECLI: ECLI:SK:KSZA:2016:5016200399.1 ROZSUDOK V MENE SLOVENSKEJ REPUBLIKY Krajský súd v Žiline, v konaní vedenom pred samosudkyňou Mgr. Norou Tomkovou, v právnej veci navrhovateľa: Z. S., nar. XX. X. XXXX, r. č.: XXXXXX/XXXX, bytom Y., I. XXX/XX, proti odporkyni: Sociálna poisťovňa, ústredie, so sídlom Ul. 29. augusta č. 8, 813 63 Bratislava, o vdovecký dôchodok, takto r o z h o d o l : Rozhodnutie odporkyne č. XXX XXX XXXX X zo dňa 14. marca 2016 p o t v r d z u j e . Navrhovateľovi náhradu trov konania n e p r i z n á v a . o d ô v o d n e n i e : Odporkyňa napadnutým rozhodnutím č. XXX XXX XXXX X zo dňa 14. marca 2016 podľa § 293dn ods. 1 Zákona o sociálnom poistení v znení zákona č. 407/2015 Z. z. zamietla žiadosť navrhovateľa o vdovecký dôchodok. Proti rozhodnutiu odporkyne podal navrhovateľ včas opravný prostriedok, v ktorom uviedol, že je to nespravodlivé, keď mu nevznikol nárok na vdovecký dôchodok. Odporkyňa v písomnom vyjadrení k opravnému prostriedku uviedla, že navrhovateľ nesplnil podmienku uvedenú v ust. § 293dn ods. 1 Zákona o sociálnom poistení v znení zákona č. 407/2015 Z. z., t. j. nedovŕšil dôchodkový vek a ani nebol uznaný za invalidného s mierou poklesu schopnosti vykonávať zárobkovú činnosť o viac ako 70 %, preto mu nárok na priznanie vdoveckého dôchodku nevznikol. Vzhľadom na uvedené skutkové a právne dôvody žiadala, aby súd napadnuté rozhodnutie zo dňa 14. marca 2016 potvrdil ako vecne správne. Navrhovateľ na pojednávaní zotrval na písomne podanom opravnom prostriedku. Uviedol, že sa dopočul, že má nárok na vdovecký dôchodok, preto podal opravný prostriedok. Má za to, že mu vdovecký dôchodok odporkyňa mala vyplácať naďalej. Zástupkyňa odporkyne sa v plnom rozsahu pridržiavala písomného vyjadrenia odporkyne vo veci a vzhľadom k tomu, že navrhovateľ dôchodkový vek dovŕši až 23. februára 2018, t.j. dovŕšením dôchodkového veku 62 rokov, žiadala, aby súd napadnuté rozhodnutie zo dňa 14. marca 2016 ako vecne správne potvrdil. Krajský súd preskúmal napadnuté rozhodnutie odporkyne, i konanie, ktoré mu predchádzalo (§ 250l a nasl. O.s.p.) a dospel k záveru, že opravný prostriedok navrhovateľa nie je dôvodný. Z obsahu súdneho a administratívneho spisu vyplýva, že navrhovateľ žiadosťou spísanou dňa 8. januára 2016 požiadal odporkyňu o priznanie vdoveckého dôchodku po zomrelej manželke F. S., ktorá zomrela dňa X. S. XXXX. Podľa § 293dn ods. 1 Zákona o sociálnom poistení v znení zákona č. 407/2015 Z. z. vdovec má nárok na vdovecký dôchodok po manželke, ktorá zomrela pred 1. januárom 2004, ak mu nárok na vdovecký dôchodok nevznikol podľa právnych predpisov účinných pred 1. januárom 2016 alebo mu nárok na taký vdovecký dôchodok zanikol a dovŕšil dôchodkový vek alebo bol uznaný za invalidného z dôvodu poklesu schopnosti vykonávať zárobkovú činnosť o viac ako 70 % a táto invalidita trvala aj po 31. decembri 2015. Manželka navrhovateľa F. S. zomrela dňa X. S. XXXX. Navrhovateľ dôchodkový vek dovŕši 23. februára 2018, t. j. dovŕšením 62 rokov veku. Nakoľko navrhovateľ nesplnil ani jednu z podmienok uvedenú v ust. § 293dn ods. 1 Zákona o sociálnom poistení v znení zákona č. 407/2015 Z. z. - nedovŕšil dôchodkový vek a ani nebol uznaný za invalidného s mierou poklesu schopnosti vykonávať zárobkovú činnosť o viac ako 70 %, nárok na priznanie vdoveckého dôchodku mu nevznikol. Nárok navrhovateľa na priznanie vdoveckého dôchodku bol odporkyňou posúdený správne a v súlade s príslušnými právnymi predpismi. Nakoľko odporkyňa pri rozhodovaní o vdoveckom dôchodku navrhovateľa postupovala v súlade s platnou právnou úpravou a skutkovým stavom veci, súd napadnuté rozhodnutie odporkyne zo dňa 14. marca 2016 potvrdil ako zákonné v súlade s ust. § 250q ods. 2 O.s.p.. 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https://www.kauzis.sk/judikatura/r/ECLI:SK:KSZA:2016:5016200399.1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