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24Sd/100/2016 z 11. 7. 2016</w:t>
      </w:r>
    </w:p>
    <w:p>
      <w:r>
        <w:t>Uznesenie Krajského súdu Žilina z 11. júla 2016, sp. zn. 24Sd/100/2016, ECLI:SK:KSZA:2016:5016200416.1</w:t>
      </w:r>
    </w:p>
    <w:p>
      <w:r>
        <w:t>Súd: Krajský súd Žilina</w:t>
      </w:r>
    </w:p>
    <w:p>
      <w:r>
        <w:t>Spisová značka: 24Sd/100/2016</w:t>
      </w:r>
    </w:p>
    <w:p>
      <w:r>
        <w:t>ECLI: ECLI:SK:KSZA:2016:5016200416.1</w:t>
      </w:r>
    </w:p>
    <w:p>
      <w:r>
        <w:t>Dátum vydania: 11. 7. 2016</w:t>
      </w:r>
    </w:p>
    <w:p>
      <w:r>
        <w:t>Forma: Uznesenie</w:t>
      </w:r>
    </w:p>
    <w:p>
      <w:pPr>
        <w:pStyle w:val="Heading2"/>
      </w:pPr>
      <w:r>
        <w:t>Text rozhodnutia</w:t>
      </w:r>
    </w:p>
    <w:p>
      <w:r>
        <w:t>Súd: Krajský súd Žilina Spisová značka: 24Sd/100/2016 Identifikačné číslo súdneho spisu: 5016200416 Dátum vydania rozhodnutia: 12. 07. 2016 Meno a priezvisko sudcu, VSÚ: JUDr. Zuzana Jančárová ECLI: ECLI:SK:KSZA:2016:5016200416.1 Uznesenie Krajský súd v Žiline, v právnej veci navrhovateľky: Mgr. V. O., nar. XX.XX.XXXX, r. č.: XXXXXX/XXXX, bytom XXX XX Z. č. XXX, proti odporkyni: Sociálna poisťovňa, ústredie, so sídlom Ul. 29. augusta č. 8-10, 813 63 Bratislava, o starobný dôchodok, v konaní o opravnom prostriedku podanom navrhovateľkou proti rozhodnutiu odporkyne č. XXX XXX XXXX X zo dňa 05.04.2016, takto r o z h o d o l : Súd konanie z a s t a v u j e . Odporkyni náhradu trov konania n e p r i z n á v a . o d ô v o d n e n i e : Napadnutým rozhodnutím č. XXX XXX XXXX X zo dňa 05.04.2016 odporkyňa podľa § 65 a § 82 zákona č. 461/2003 Z.z. o sociálnom poistení v znení neskorších predpisov priznala navrhovateľke od 02.01.2016 starobný dôchodok v sume 402,60 Eur mesačne. Proti tomuto rozhodnutiu podala navrhovateľka včas opravný prostriedok, v ktorom namietala priznanú výšku dôchodku. Uvedený opravný prostriedok navrhovateľky bol dňa 18.05.2016 predložený odporkyňou Krajskému súdu v Žiline na rozhodnutie spolu s vyjadrením odporkyne k opravnému prostriedku zo dňa 13.05.2016. Uvedené vyjadrenie bolo súdom zaslané navrhovateľke. Na pojednávaní dňa 12.07.2016 navrhovateľka súdu oznámila, že po oboznámení sa s vyjadrením odporkyne k opravnému prostriedku zo dňa 13.05.2016 opravný prostriedok podaný proti napadnutému rozhodnutiu odporkyne berie v celom rozsahu späť a súhlasí so zastavením konania. Na pojednávanie sa nedostavila poverená pracovníčka odporkyne, doručila žiadosť o ospravedlnenie neúčasti. Podľa § 492 ods. 1 zákona č. 162/2015 Z.z. Správny súdny poriadok konania podľa tretej hlavy piatej časti Občianskeho súdneho poriadku začaté predo dňom nadobudnutia účinnosti tohto zákona sa dokončia podľa doterajších predpisov.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súd rozhodol tak, ako je uvedené vo výrokovej časti tohto rozhodnutia (odporkyni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https://www.kauzis.sk/judikatura/r/ECLI:SK:KSZA:2016:5016200416.1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