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20S/71/2016 z 30. 5. 2016</w:t>
      </w:r>
    </w:p>
    <w:p>
      <w:r>
        <w:t>Uznesenie Krajského súdu Žilina z 30. mája 2016, sp. zn. 20S/71/2016, ECLI:SK:KSZA:2016:5016200450.1</w:t>
      </w:r>
    </w:p>
    <w:p>
      <w:r>
        <w:t>Súd: Krajský súd Žilina</w:t>
      </w:r>
    </w:p>
    <w:p>
      <w:r>
        <w:t>Spisová značka: 20S/71/2016</w:t>
      </w:r>
    </w:p>
    <w:p>
      <w:r>
        <w:t>ECLI: ECLI:SK:KSZA:2016:5016200450.1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20S/71/2016 Identifikačné číslo súdneho spisu: 5016200450 Dátum vydania rozhodnutia: 31. 05. 2016 Meno a priezvisko sudcu, VSÚ: JUDr. Jana Martinčeková ECLI: ECLI:SK:KSZA:2016:5016200450.1 Uznesenie Krajský súd v Žiline v právnej veci žalobcu: Ing. L. Y., CSc., bytom D. XXXX/X, P. A., proti žalovanému: Ministerstvo obrany Slovenskej republiky, so sídlom Kutuzovova 8, Bratislava, v konaní o preskúmanie rozhodnutia žalovaného č. k. SEĽUZ-4-21-2/2016-OdSP zo dňa 28. apríla 2016, takto r o z h o d o l : P o s t u p u j e vec Krajskému súdu v Bratislave ako súdu miestne príslušnému. o d ô v o d n e n i e : Žalobou zo dňa 26.05.2016, doručenou Krajskému súdu v Žiline 30.05.2016, domáhal sa žalobca, aby súd preskúmal rozhodnutie žalovaného č. k. SEĽUZ-4-21-2/2016-OdSP zo dňa 28. apríla 2016, a toto rozhodnutie zrušil. Týmto rozhodnutím žalovaný zamietol odvolanie žalobcu a rozhodnutie Vojenského úradu Sociálneho zabezpečenia č. VÚSZ-65304006397603 zo dňa 04. februára 2016, ktorým zastavil konanie o priznaní starobného dôchodku žalobcovi, potvrdil.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navrhovateľa. Krajský súd v Žiline konštatuje, že žalovaným je Ministerstvo obrany Slovenskej republiky, jedná sa teda o ústredný orgán štátnej správy. V tomto prípade sa miestna príslušnosť krajského súdu, ktorý má vec ako vecne príslušný prejednať v zmysle § 246 ods. 1 O.s.p., spravuje ust. § 246a ods. 1 veta prvá O.s.p.. Keďže sídlo správneho orgánu Ministerstva obrany Slovenskej republiky je Bratislava, miestne príslušným je Krajský súd v Bratislave. V danom prípade nie je možné aplikovať § 246a ods. 1 veta druhá O.s.p., pretože ide síce o orgán s pôsobnosťou pre celé územie SR, avšak jedná sa o ústredný orgán štátnej správy. Podľa § 250d ods. 2 O.s.p. ak predseda senátu zistí, že súd nie je vecne alebo miestne príslušný, postúpi vec uznesením príslušnému súdu. Keďže predseda senátu zistil, že Krajský súd v Žiline nie je miestne príslušný, v zmysle § 250d ods. 2 O.s.p. vec postúpil miestne príslušnému súdu, t. j. Krajskému súdu v Bratislave. Poučenie: Proti tomuto uzneseniu odvolanie nie je prípustné. V Žiline, dňa 31. mája 2016 JUDr. Jana Martinčeková predsedníčka senátu Za správnosť vyhotovenia: Miriama Talapková</w:t>
      </w:r>
    </w:p>
    <w:p/>
    <w:p>
      <w:r>
        <w:t>Zdroj: KAUZIS.SK – https://www.kauzis.sk/judikatura/r/ECLI:SK:KSZA:2016:5016200450.1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