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25Sd/110/2016 z 5. 7. 2016</w:t>
      </w:r>
    </w:p>
    <w:p>
      <w:r>
        <w:t>Uznesenie Krajského súdu Žilina z 5. júla 2016, sp. zn. 25Sd/110/2016, ECLI:SK:KSZA:2016:5016200461.2</w:t>
      </w:r>
    </w:p>
    <w:p>
      <w:r>
        <w:t>Súd: Krajský súd Žilina</w:t>
      </w:r>
    </w:p>
    <w:p>
      <w:r>
        <w:t>Spisová značka: 25Sd/110/2016</w:t>
      </w:r>
    </w:p>
    <w:p>
      <w:r>
        <w:t>ECLI: ECLI:SK:KSZA:2016:5016200461.2</w:t>
      </w:r>
    </w:p>
    <w:p>
      <w:r>
        <w:t>Dátum vydania: 5. 7. 2016</w:t>
      </w:r>
    </w:p>
    <w:p>
      <w:r>
        <w:t>Forma: Uznesenie</w:t>
      </w:r>
    </w:p>
    <w:p>
      <w:pPr>
        <w:pStyle w:val="Heading2"/>
      </w:pPr>
      <w:r>
        <w:t>Text rozhodnutia</w:t>
      </w:r>
    </w:p>
    <w:p>
      <w:r>
        <w:t>Súd: Krajský súd Žilina Spisová značka: 25Sd/110/2016 Identifikačné číslo súdneho spisu: 5016200461 Dátum vydania rozhodnutia: 06. 07. 2016 Meno a priezvisko sudcu, VSÚ: Mgr. Nora Tomková ECLI: ECLI:SK:KSZA:2016:5016200461.2 Uznesenie Krajský súd v Žiline - správny súd, v právnej veci navrhovateľa: Ing. V. K., nar. XX. XX. XXXX, r. č.: XXXXXX/XXXX, bytom Y. B. 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16. februára 2016 podľa § 70 a § 71 Zákona o sociálnom poistení v znení neskorších predpisov zamietla žiadosť navrhovateľa o invalidný dôchodok zo dňa 13. januára 2016. Proti rozhodnutiu odporkyne podal navrhovateľ včas opravný prostriedok, v ktorom namietal nesprávne posúdenie svojho zdravotného stavu. Podaním doručeným súdu dňa 21. júna 2016 oznámil navrhovateľ, že na svojom opravnom prostriedku netrvá, berie ho v celom rozsahu späť a žiada konanie vo veci zastaviť z dôvodu, že už nemá záujem pokračovať v tomto konaní.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V predmetnom konaní súd postupoval v súlade s ust. § 492 ods. 1 zákona č. 162/2015 Z. z. (teda podľa O.s.p.).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https://www.kauzis.sk/judikatura/r/ECLI:SK:KSZA:2016:5016200461.2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