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25Sd/111/2016 z 5. 7. 2016</w:t>
      </w:r>
    </w:p>
    <w:p>
      <w:r>
        <w:t>Uznesenie Krajského súdu Žilina z 5. júla 2016, sp. zn. 25Sd/111/2016, ECLI:SK:KSZA:2016:5016200463.2</w:t>
      </w:r>
    </w:p>
    <w:p>
      <w:r>
        <w:t>Súd: Krajský súd Žilina</w:t>
      </w:r>
    </w:p>
    <w:p>
      <w:r>
        <w:t>Spisová značka: 25Sd/111/2016</w:t>
      </w:r>
    </w:p>
    <w:p>
      <w:r>
        <w:t>ECLI: ECLI:SK:KSZA:2016:5016200463.2</w:t>
      </w:r>
    </w:p>
    <w:p>
      <w:r>
        <w:t>Dátum vydania: 5. 7. 2016</w:t>
      </w:r>
    </w:p>
    <w:p>
      <w:r>
        <w:t>Forma: Uznesenie</w:t>
      </w:r>
    </w:p>
    <w:p>
      <w:pPr>
        <w:pStyle w:val="Heading2"/>
      </w:pPr>
      <w:r>
        <w:t>Text rozhodnutia</w:t>
      </w:r>
    </w:p>
    <w:p>
      <w:r>
        <w:t>Súd: Krajský súd Žilina Spisová značka: 25Sd/111/2016 Identifikačné číslo súdneho spisu: 5016200463 Dátum vydania rozhodnutia: 06. 07. 2016 Meno a priezvisko sudcu, VSÚ: Mgr. Nora Tomková ECLI: ECLI:SK:KSZA:2016:5016200463.2 Uznesenie Krajský súd v Žiline - správny súd, v právnej veci navrhovateľa: L. X., nar. XX. X. XXXX, r. č.: XXXXXX/ XXXX, bytom E. Q. - Z. Q., O. ulica XX/XXX, proti odporkyni: Sociálna poisťovňa, ústredie, so sídlom Ul. 29. augusta č. 8, 813 63 Bratislava, o invalidný dôchodok, takto r o z h o d o l : Súd konanie z a s t a v u j e . Navrhovateľovi náhradu trov konania n e p r i z n á v a . o d ô v o d n e n i e : Odporkyňa napadnutým rozhodnutím č. XXX XXX XXXX X zo dňa 30. novembra 2015 podľa § 73, § 112 a § 82 Zákona o sociálnom poistení v znení neskorších predpisov znížila navrhovateľovi od 10. februára 2016 sumu invalidného dôchodku na 187,60 € mesačne (MPSVZČ 65 %). Proti rozhodnutiu odporkyne podal navrhovateľ včas opravný prostriedok, v ktorom namietal zníženie invalidného dôchodku. Na základe podaného opravného prostriedku bol zdravotný stav navrhovateľa opätovne posúdený posudkovým lekárom sociálneho poistenia odporkyne, pobočky Liptovský Mikuláš dňa 20. apríla 2016 a posudkovým lekárom sociálneho poistenia odporkyne, ústredie dňa 26. mája 2016. Podľa uvedených posudkov je navrhovateľ od 18. novembra 2015 do 19. apríla 2016 invalidný podľa § 71 ods. 1 Zákona o sociálnom poistení s mierou poklesu schopnosti vykonávať zárobkovú činnosť 65 % v porovnaní so zdravou fyzickou osobou. Od 20. apríla 2016 je invalidný podľa § 71 ods. 1 Zákona o sociálnom poistení s mierou poklesu schopnosti vykonávať zárobkovú činnosť 70 % v porovnaní so zdravou fyzickou osobou. V dôsledku zmeny v posudkových záveroch bol opätovne posúdený nárok navrhovateľa na invalidný dôchodok, a to rozhodnutím odporkyne č. XXX XXX XXXX X zo dňa 9. júna 2016, ktorým bol navrhovateľovi podľa § 73 a § 112 Zákona o sociálnom poistení v znení neskorších predpisov zvýšený invalidný dôchodok od 20. apríla 2016 na sumu 202,60 € mesačne. Podaním doručeným súdu dňa 21. júna 2016 oznámil navrhovateľ, že berie späť svoj návrh, nakoľko už nemá záujem pokračovať v tomto konaní z dôvodu, že súhlasí s rozhodnutím odporkyne. S poukazom na dispozitívny úkon navrhovateľa súd konanie zastavil v súlade s ust. § 250d ods. 3 O.s.p. v spojení s ust. § 250h ods. 2 O.s.p.. O trovách konania súd rozhodol primerane podľa ust. § 250k ods. 1 vety prvej O.s.p. v spojení s ust. § 250l ods. 2 O.s.p., podľa ktorého, ak mal žalobca úspech celkom alebo sčasti, súd mu proti žalovanému prizná právo na úplnú alebo čiastočnú náhradu trov konania.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V predmetnom konaní súd postupoval v súlade s ust. § 492 ods. 1 zákona č. 162/2015 Z. z. (teda podľa O.s.p.).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https://www.kauzis.sk/judikatura/r/ECLI:SK:KSZA:2016:5016200463.2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