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24Sd/113/2016 z 29. 6. 2016</w:t>
      </w:r>
    </w:p>
    <w:p>
      <w:r>
        <w:t>Uznesenie Krajského súdu Žilina z 29. júna 2016, sp. zn. 24Sd/113/2016, ECLI:SK:KSZA:2016:5016200470.1</w:t>
      </w:r>
    </w:p>
    <w:p>
      <w:r>
        <w:t>Súd: Krajský súd Žilina</w:t>
      </w:r>
    </w:p>
    <w:p>
      <w:r>
        <w:t>Spisová značka: 24Sd/113/2016</w:t>
      </w:r>
    </w:p>
    <w:p>
      <w:r>
        <w:t>ECLI: ECLI:SK:KSZA:2016:5016200470.1</w:t>
      </w:r>
    </w:p>
    <w:p>
      <w:r>
        <w:t>Dátum vydania: 29. 6. 2016</w:t>
      </w:r>
    </w:p>
    <w:p>
      <w:r>
        <w:t>Forma: Uznesenie</w:t>
      </w:r>
    </w:p>
    <w:p>
      <w:pPr>
        <w:pStyle w:val="Heading2"/>
      </w:pPr>
      <w:r>
        <w:t>Text rozhodnutia</w:t>
      </w:r>
    </w:p>
    <w:p>
      <w:r>
        <w:t>Súd: Krajský súd Žilina Spisová značka: 24Sd/113/2016 Identifikačné číslo súdneho spisu: 5016200470 Dátum vydania rozhodnutia: 30. 06. 2016 Meno a priezvisko sudcu, VSÚ: JUDr. Zuzana Jančárová ECLI: ECLI:SK:KSZA:2016:5016200470.1 Uznesenie Krajský súd v Žiline, v právnej veci navrhovateľa: W. M., nar. XX.XX.XXXX, r. č.: XXXXXX/XXXX, bytom P. I. B. XX, XXX XX G., proti odporkyni: Sociálna poisťovňa, ústredie, so sídlom Ul. 29. augusta č. 8-10, 813 63 Bratislava, o invalidný dôchodok, v konaní o opravnom prostriedku podanom navrhovateľom proti rozhodnutiu odporkyne č. XXX XXX XXXX X zo dňa 03.02.2016, takto r o z h o d o l : Súd konanie z a s t a v u j e . Navrhovateľovi náhradu trov konania n e p r i z n á v a . o d ô v o d n e n i e : Napadnutým rozhodnutím č. XXX XXX XXXX X zo dňa 03.02.2016 odporkyňa podľa § 73, § 112 ods. 4 a 6 a § 82 zákona č. 461/2003 Z.z. o sociálnom poistení v znení neskorších predpisov znížila navrhovateľovi od 08.03.2016 invalidný dôchodok na 293,60 Eur mesačne. Proti tomuto rozhodnutiu podal v zákonom stanovenej lehote navrhovateľ opravný prostriedok, v ktorom namietal zhoršenie zdravotného stavu. Uvedený opravný prostriedok navrhovateľa bol dňa 02.06.2016 predložený odporkyňou Krajskému súdu v Žiline na rozhodnutie. Za účelom posúdenia invalidity navrhovateľa na základe konania o opravnom prostriedku bol jeho zdravotný stav posúdený posudkovým lekárom sociálneho poistenia Sociálnej poisťovne, ústredie, vysunuté pracovisko v Žiline MUDr. V. O., ktorý v lekárskej správe - posudku zo dňa 31.05.2016 konštatoval, že navrhovateľ je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nie je 70 %, ale je 80 %. Miera poklesu schopnosti vykonávať zárobkovú činnosť v percentách: 80 %. Invalidita trvá: 19.01.2016. Invalidita vznikla v dôsledku choroby. V dôsledku zmeny v posudkových záveroch bol nárok navrhovateľa na invalidný dôchodok odporkyňou opätovne posúdený. Odporkyňa rozhodnutím č. XXX XXX XXXX X zo dňa 03.06.2016 podľa § 112 zákona č. 461/2003 Z.z. o sociálnom poistení v znení neskorších predpisov zrušila napadnuté rozhodnutie o znížení invalidného dôchodku a súčasne vyhovela opravnému prostriedku navrhovateľa v celom rozsahu. Konštatovala, že navrhovateľovi naďalej patrí invalidný dôchodok v sume 394,30 Eur mesačne. Podaním z 15.06.2015 navrhovateľ súdu oznámil späťvzatie opravného prostriedku.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navrhovateľa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navrhovateľa súd konanie podľa § 250d ods. 3 O.s.p. v spojení s § 250h ods. 2 O.s.p. zastavil. O trovách konania súd rozhodol v zmysle ust. § 146 ods. 2 veta prvá O.s.p. v spojení s ust. § 246c ods. 1 veta prvá O.s.p., podľa ktorého ak niektorý z účastníkov zavinil, že konanie sa muselo zastaviť, je povinný uhradiť jeho trovy. Vzhľadom na to, že odporkyňa vydala nové rozhodnutie podľa § 112 zákona č. 461/2003 Z.z. o sociálnom poistení a vyhovela navrhovateľovi v plnom rozsahu až potom, ako navrhovateľ podal proti napadnutému rozhodnutiu opravný prostriedok, odporkyňa nesie procesné zavinenie na zastavení konania, preto je povinná nahradiť navrhovateľovi trovy, ktoré mu v súvislosti s týmto konaním vznikli. Z obsahu spisového materiálu však nevyplýva, že by navrhovateľovi doposiaľ s týmto konaním nejaké trovy vznikli a zároveň ani samotný navrhovateľ nevzniesol procesný návrh na ich uplatnenie v zmysle ust. § 151 ods. 1 O.s.p., v dôsledku čoho súd navrhovateľovi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https://www.kauzis.sk/judikatura/r/ECLI:SK:KSZA:2016:5016200470.1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