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Krajského súdu Žilina sp. zn. 24Sd/114/2016 z 28. 7. 2016</w:t>
      </w:r>
    </w:p>
    <w:p>
      <w:r>
        <w:t>Uznesenie Krajského súdu Žilina z 28. júla 2016, sp. zn. 24Sd/114/2016, ECLI:SK:KSZA:2016:5016200472.2</w:t>
      </w:r>
    </w:p>
    <w:p>
      <w:r>
        <w:t>Súd: Krajský súd Žilina</w:t>
      </w:r>
    </w:p>
    <w:p>
      <w:r>
        <w:t>Spisová značka: 24Sd/114/2016</w:t>
      </w:r>
    </w:p>
    <w:p>
      <w:r>
        <w:t>ECLI: ECLI:SK:KSZA:2016:5016200472.2</w:t>
      </w:r>
    </w:p>
    <w:p>
      <w:r>
        <w:t>Dátum vydania: 28. 7. 2016</w:t>
      </w:r>
    </w:p>
    <w:p>
      <w:r>
        <w:t>Forma: Uznesenie</w:t>
      </w:r>
    </w:p>
    <w:p>
      <w:pPr>
        <w:pStyle w:val="Heading2"/>
      </w:pPr>
      <w:r>
        <w:t>Text rozhodnutia</w:t>
      </w:r>
    </w:p>
    <w:p>
      <w:r>
        <w:t>Súd: Krajský súd Žilina Spisová značka: 24Sd/114/2016 Identifikačné číslo súdneho spisu: 5016200472 Dátum vydania rozhodnutia: 29. 07. 2016 Meno a priezvisko sudcu, VSÚ: JUDr. Zuzana Jančárová ECLI: ECLI:SK:KSZA:2016:5016200472.2 Uznesenie Krajský súd v Žiline, v právnej veci navrhovateľa: T. I., nar. XX.XX.XXXX, r. č.: XXXXXX/XXXX, bytom G. XXX, XXX XX J. E., proti odporkyni: Sociálna poisťovňa, ústredie, so sídlom Ul. 29. augusta č. 8-10, 813 63 Bratislava, o invalidný dôchodok, v konaní o opravnom prostriedku podanom navrhovateľom proti rozhodnutiu odporkyne č. XXX XXX XXXX X zo dňa 27.02.2016, takto r o z h o d o l : Súd konanie z a s t a v u j e . Odporkyni náhradu trov konania n e p r i z n á v a . o d ô v o d n e n i e : Napadnutým rozhodnutím č. XXX XXX XXXX X zo dňa 27.02.2016 odporkyňa podľa § 70 zákona č. 461/2003 Z.z. o sociálnom poistení v znení neskorších predpisov zamietla žiadosť navrhovateľa o invalidný dôchodok zo dňa 08.02.2016. Proti tomuto rozhodnutiu podal navrhovateľ opravný prostriedok, v ktorom nesúhlasil s posúdením jeho zdravotného stavu. Za účelom posúdenia invalidity navrhovateľa na základe konania o opravnom prostriedku bol jeho zdravotný stav posúdený posudkovým lekárom sociálneho poistenia Sociálnej poisťovne, ústredie, vysunuté pracovisko v Žiline MUDr. P. V., ktorý v lekárskej správe - posudku zo dňa 06.10.2015 konštatoval, že navrhovateľ nie je invalidný podľa § 71 ods. 1 zákona č. 461/2003 Z.z. o sociálnom poistení, lebo pre dlhodobo nepriaznivý zdravotný stav nemá pokles schopnosti vykonávať zárobkovú činnosť o viac ako 40 % v porovnaní so zdravou fyzickou osobou. Miera poklesu schopnosti vykonávať zárobkovú činnosť v percentách: 15 %. Invalidita nevznikla. Podaním zo dňa 27.07.2016 navrhovateľ súdu oznámil, že podaný opravný prostriedok berie späť. Podľa § 492 ods. 1 zákona č. 162/2015 Z.z. Správny súdny poriadok konania podľa tretej hlavy piatej časti Občianskeho súdneho poriadku začaté predo dňom nadobudnutia účinnosti tohto zákona sa dokončia podľa doterajších predpisov. Rozhodovanie o opravných prostriedkoch proti rozhodnutiam správnych orgánov je upravené v tretej hlave piatej časti Občianskeho súdneho poriadku (ďalej len „O.s.p.“), konkrétne v ust. § 250l až § 250s O.s.p. Podľa § 250l ods. 2 O.s.p. pokiaľ v tejto hlave nie je ustanovené inak, použije sa primerane ustanovenie druhej hlavy s výnimkou § 250a. Vzhľadom na absenciu právnej úpravy späťvzatia opravného prostriedku v tretej hlave piatej časti O.s.p. súd o dispozitívnom úkone navrhovateľa a o trovách konania rozhodol podľa ustanovení druhej hlavy piatej časti O.s.p., upravujúcich konanie o žalobách proti rozhodnutiam a postupom správnych orgánov. Podľa § 250h ods. 2 O.s.p. až do rozhodnutia súdu môže žalobca vziať žalobu späť; ak žalovanému medzitým vznikli trovy konania, rozhodne súd o ich náhrade. Podľa § 250d ods. 3 O.s.p. súd uznesením konanie zastaví, ak bola žaloba vzatá späť (§ 250h ods. 2 O.s.p.). Odvolanie proti uzneseniu je prípustné. S poukazom na dispozitívny úkon navrhovateľa súd konanie podľa § 250d ods. 3 O.s.p. v spojení s § 250h ods. 2 O.s.p. zastavil. O trovách konania súd rozhodol primerane podľa ust. § 250h ods. 2 O.s.p. v spojení s ust. § 250l ods. 2 O.s.p., podľa ktorého až do rozhodnutia súdu môže žalobca vziať žalobu späť; ak žalovanému medzitým vznikli trovy konania, rozhodne súd o ich náhrade. V predmetnom konaní žalovanému správnemu orgánu trovy konania nevznikli, preto súd rozhodol tak, ako je uvedené vo výrokovej časti tohto rozhodnutia (odporkyni náhradu trov konania nepriznáva). Poučenie: Napadnutým rozhodnutím č. 560 316 7570 0 zo dňa 27.02.2016 odporkyňa podľa § 70 zákona č. 461/2003 Z.z. o sociálnom poistení v znení neskorších predpisov zamietla žiadosť navrhovateľa o invalidný dôchodok zo dňa 08.02.2016. Proti tomuto rozhodnutiu podal navrhovateľ opravný prostriedok, v ktorom nesúhlasil s posúdením jeho zdravotného stavu. Za účelom posúdenia invalidity navrhovateľa na základe konania o opravnom prostriedku bol jeho zdravotný stav posúdený posudkovým lekárom sociálneho poistenia Sociálnej poisťovne, ústredie, vysunuté pracovisko v Žiline MUDr. Jozefom Šedom, ktorý v lekárskej správe - posudku zo dňa 06.10.2015 konštatoval, že navrhovateľ nie je invalidný podľa § 71 ods. 1 zákona č. 461/2003 Z.z. o sociálnom poistení, lebo pre dlhodobo nepriaznivý zdravotný stav nemá pokles schopnosti vykonávať zárobkovú činnosť o viac ako 40 % v porovnaní so zdravou fyzickou osobou. Miera poklesu schopnosti vykonávať zárobkovú činnosť v percentách: 15 %. Invalidita nevznikla. Podaním zo dňa 27.07.2016 navrhovateľ súdu oznámil, že podaný opravný prostriedok berie späť. Podľa § 492 ods. 1 zákona č. 162/2015 Z.z. Správny súdny poriadok konania podľa tretej hlavy piatej časti Občianskeho súdneho poriadku začaté predo dňom nadobudnutia účinnosti tohto zákona sa dokončia podľa doterajších predpisov. Rozhodovanie o opravných prostriedkoch proti rozhodnutiam správnych orgánov je upravené v tretej hlave piatej časti Občianskeho súdneho poriadku (ďalej len „O.s.p.“), konkrétne v ust. § 250l až § 250s O.s.p. Podľa § 250l ods. 2 O.s.p. pokiaľ v tejto hlave nie je ustanovené inak, použije sa primerane ustanovenie druhej hlavy s výnimkou § 250a. Vzhľadom na absenciu právnej úpravy späťvzatia opravného prostriedku v tretej hlave piatej časti O.s.p. súd o dispozitívnom úkone navrhovateľa a o trovách konania rozhodol podľa ustanovení druhej hlavy piatej časti O.s.p., upravujúcich konanie o žalobách proti rozhodnutiam a postupom správnych orgánov. Podľa § 250h ods. 2 O.s.p. až do rozhodnutia súdu môže žalobca vziať žalobu späť; ak žalovanému medzitým vznikli trovy konania, rozhodne súd o ich náhrade. Podľa § 250d ods. 3 O.s.p. súd uznesením konanie zastaví, ak bola žaloba vzatá späť (§ 250h ods. 2 O.s.p.). Odvolanie proti uzneseniu je prípustné. S poukazom na dispozitívny úkon navrhovateľa súd konanie podľa § 250d ods. 3 O.s.p. v spojení s § 250h ods. 2 O.s.p. zastavil. O trovách konania súd rozhodol primerane podľa ust. § 250h ods. 2 O.s.p. v spojení s ust. § 250l ods. 2 O.s.p., podľa ktorého až do rozhodnutia súdu môže žalobca vziať žalobu späť; ak žalovanému medzitým vznikli trovy konania, rozhodne súd o ich náhrade. V predmetnom konaní žalovanému správnemu orgánu trovy konania nevznikli, preto súd rozhodol tak, ako je uvedené vo výrokovej časti tohto rozhodnutia (odporkyni náhradu trov konania nepriznáva).</w:t>
      </w:r>
    </w:p>
    <w:p/>
    <w:p>
      <w:r>
        <w:t>Zdroj: KAUZIS.SK – https://www.kauzis.sk/judikatura/r/ECLI:SK:KSZA:2016:5016200472.2 (dáta aktuálne k 7.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