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25Sd/116/2016 z 20. 7. 2016</w:t>
      </w:r>
    </w:p>
    <w:p>
      <w:r>
        <w:t>Uznesenie Krajského súdu Žilina z 20. júla 2016, sp. zn. 25Sd/116/2016, ECLI:SK:KSZA:2016:5016200480.1</w:t>
      </w:r>
    </w:p>
    <w:p>
      <w:r>
        <w:t>Súd: Krajský súd Žilina</w:t>
      </w:r>
    </w:p>
    <w:p>
      <w:r>
        <w:t>Spisová značka: 25Sd/116/2016</w:t>
      </w:r>
    </w:p>
    <w:p>
      <w:r>
        <w:t>ECLI: ECLI:SK:KSZA:2016:5016200480.1</w:t>
      </w:r>
    </w:p>
    <w:p>
      <w:r>
        <w:t>Dátum vydania: 20.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25Sd/116/2016 Identifikačné číslo súdneho spisu: 5016200480 Dátum vydania rozhodnutia: 21. 07. 2016 Meno a priezvisko sudcu, VSÚ: Mgr. Nora Tomková ECLI: ECLI:SK:KSZA:2016:5016200480.1 Uznesenie Krajský súd v Žiline - správny súd, v právnej veci navrhovateľa: D. H., nar. X. XX. XXXX, r. č.: XXXXXX/ XXXX, bytom E. XXX, proti odporkyni: Sociálna poisťovňa, ústredie, so sídlom Ul. 29. augusta č. 8, 813 63 Bratislava, o výšku predčasného starobného dôchodku, takto r o z h o d o l : Súd konanie z a s t a v u j e . Odporkyni náhradu trov konania n e p r i z n á v a . o d ô v o d n e n i e : Odporkyňa napadnutým rozhodnutím č. XXX XXX XXXX X zo dňa 9. apríla 2016 podľa § 67 ods. 1 a § 82 Zákona o sociálnom poistení v znení neskorších predpisov a podľa čl. 52 ods. 1 písm. b) nariadenia (ES) Európskeho parlamentu a Rady č. 883/2004 o koordinácii systémov sociálneho zabezpečenia priznala navrhovateľovi predčasný starobný dôchodok od 19. novembra 2015 v sume 154,50 € mesačne. Podľa § 82 Zákona o sociálnom poistení v znení neskorších predpisov a § 1 opatrenia Ministerstva práce, sociálnych vecí a rodiny SR č. 283/2015 Z. z. bol navrhovateľovi od 1. januára 2016 zvýšený predčasný starobný dôchodok na sumu 155,50 € mesačne. Proti rozhodnutiu odporkyne podal navrhovateľ včas opravný prostriedok, v ktorom žiadal preskúmať sumu predčasného starobného dôchodku, nakoľko táto je podľa neho nízka. Odporkyňa sa k opravnému prostriedku podrobne vyjadrila stanoviskom zo dňa 2. 6. 2016, ktoré bolo doručené navrhovateľovi. Na pojednávaní navrhovateľ po preštudovaní vyjadrenia odporkyne uviedol, že celú vec pochopil a opravný prostriedok berie späť. Súhlasil s tým, aby súd konanie v tejto veci zastavil. Zástupkyňa odporkyne nemala námietky voči zastaveniu konania. S poukazom na dispozitívny úkon navrhovateľa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o ich náhrade súd rozhodol tak, ako je uvedené vo výrokovej časti tohto rozhodnutia (odporkyni náhradu trov konania nepriznáva). V predmetnom konaní súd postupoval v súlade s ust. § 492 ods. 1 zákona č. 162/2015 Z. z. (teda podľa O.s.p.).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https://www.kauzis.sk/judikatura/r/ECLI:SK:KSZA:2016:5016200480.1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