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25Sd/125/2016 z 10. 7. 2016</w:t>
      </w:r>
    </w:p>
    <w:p>
      <w:r>
        <w:t>Uznesenie Krajského súdu Žilina z 10. júla 2016, sp. zn. 25Sd/125/2016, ECLI:SK:KSZA:2016:5016200516.2</w:t>
      </w:r>
    </w:p>
    <w:p>
      <w:r>
        <w:t>Súd: Krajský súd Žilina</w:t>
      </w:r>
    </w:p>
    <w:p>
      <w:r>
        <w:t>Spisová značka: 25Sd/125/2016</w:t>
      </w:r>
    </w:p>
    <w:p>
      <w:r>
        <w:t>ECLI: ECLI:SK:KSZA:2016:5016200516.2</w:t>
      </w:r>
    </w:p>
    <w:p>
      <w:r>
        <w:t>Dátum vydania: 10. 7. 2016</w:t>
      </w:r>
    </w:p>
    <w:p>
      <w:r>
        <w:t>Forma: Uznesenie</w:t>
      </w:r>
    </w:p>
    <w:p>
      <w:pPr>
        <w:pStyle w:val="Heading2"/>
      </w:pPr>
      <w:r>
        <w:t>Text rozhodnutia</w:t>
      </w:r>
    </w:p>
    <w:p>
      <w:r>
        <w:t>Súd: Krajský súd Žilina Spisová značka: 25Sd/125/2016 Identifikačné číslo súdneho spisu: 5016200516 Dátum vydania rozhodnutia: 11. 07. 2016 Meno a priezvisko sudcu, VSÚ: Mgr. Nora Tomková ECLI: ECLI:SK:KSZA:2016:5016200516.2 Uznesenie Krajský súd v Žiline - správny súd, v právnej veci navrhovateľa: H. R., nar. XX. X. XXXX, r. č.: XXXXXX/ XXXX, bytom A., T. XXX, proti odporkyni: Sociálna poisťovňa, ústredie, so sídlom Ul. 29. augusta č. 8, 813 63 Bratislava, o invalidný dôchodok, takto r o z h o d o l : Súd konanie z a s t a v u j e . Odporkyni náhradu trov konania n e p r i z n á v a . o d ô v o d n e n i e : Odporkyňa napadnutým rozhodnutím č. XXX XXX XXXX X zo dňa 18. novembra 2015 podľa § 70 ods. 1 a § 71 ods. 1 Zákona o sociálnom poistení v znení neskorších predpisov a čl. 46 nariadenia (ES) Európskeho parlamentu a Rady č. 883/2004 o koordinácii systémov sociálneho zabezpečenia zamietla žiadosť navrhovateľa o invalidný dôchodok zo dňa 3. novembra 2015. Proti rozhodnutiu odporkyne podal navrhovateľ včas opravný prostriedok, v ktorom namietal nepriaznivý zdravotný stav. Na základe podaného opravného prostriedku bol zdravotný stav navrhovateľa opätovne posúdený posudkovým lekárom sociálneho poistenia odporkyne, pobočky Dolný Kubín dňa 26. apríla 2016 a posudkovým lekárom sociálneho poistenia odporkyne, ústredie dňa 2. júna 2016. Posudkoví lekári sociálneho poistenia zotrvali na pôvodnom posudku, že navrhovateľ nie je invalidný podľa § 71 ods. 1 Zákona o sociálnom poistení, lebo má mieru poklesu schopnosti vykonávať zárobkovú činnosť 40 % v porovnaní so zdravou fyzickou osobou. Podaním doručeným súdu dňa 8. júla 2016 oznámil navrhovateľ, že žiada o vzatie späť návrhu voči odporkyni, nakoľko mu bol priznaný dôchodok pre invaliditu prvého stupňa v Českej republike. S poukazom na dispozitívny úkon navrhovateľa súd konanie zastavil v súlade s ust. § 250d ods. 3 O.s.p. v spojení s ust. § 250h ods. 2 O.s.p.. O trovách konania súd rozhodol primerane podľa ust. § 250h ods. 2 O.s.p. v spojení s ust. § 250l ods. 2 O.s.p., podľa ktorého, až do rozhodnutia súdu môže žalobca vziať žalobu späť; ak žalovanému medzitým vznikli trovy konania, rozhodne súd o ich náhrade. V predmetnom konaní žalovanému správnemu orgánu trovy konania nevznikli, preto o ich náhrade súd rozhodol tak, ako je uvedené vo výrokovej časti tohto rozhodnutia (odporkyni náhradu trov konania nepriznáva). V predmetnom konaní súd postupoval v súlade s ust. § 492 ods. 1 zákona č. 162/2015 Z. z. (teda podľa O.s.p.). Poučenie: Proti tomuto uzneseniu j e p r í p u s t n 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https://www.kauzis.sk/judikatura/r/ECLI:SK:KSZA:2016:5016200516.2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