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24Sd/133/2016 z 29. 6. 2016</w:t>
      </w:r>
    </w:p>
    <w:p>
      <w:r>
        <w:t>Uznesenie Krajského súdu Žilina z 29. júna 2016, sp. zn. 24Sd/133/2016, ECLI:SK:KSZA:2016:5016200545.1</w:t>
      </w:r>
    </w:p>
    <w:p>
      <w:r>
        <w:t>Súd: Krajský súd Žilina</w:t>
      </w:r>
    </w:p>
    <w:p>
      <w:r>
        <w:t>Spisová značka: 24Sd/133/2016</w:t>
      </w:r>
    </w:p>
    <w:p>
      <w:r>
        <w:t>ECLI: ECLI:SK:KSZA:2016:5016200545.1</w:t>
      </w:r>
    </w:p>
    <w:p>
      <w:r>
        <w:t>Dátum vydania: 29. 6. 2016</w:t>
      </w:r>
    </w:p>
    <w:p>
      <w:r>
        <w:t>Forma: Uznesenie</w:t>
      </w:r>
    </w:p>
    <w:p>
      <w:pPr>
        <w:pStyle w:val="Heading2"/>
      </w:pPr>
      <w:r>
        <w:t>Text rozhodnutia</w:t>
      </w:r>
    </w:p>
    <w:p>
      <w:r>
        <w:t>Súd: Krajský súd Žilina Spisová značka: 24Sd/133/2016 Identifikačné číslo súdneho spisu: 5016200545 Dátum vydania rozhodnutia: 30. 06. 2016 Meno a priezvisko sudcu, VSÚ: JUDr. Zuzana Jančárová ECLI: ECLI:SK:KSZA:2016:5016200545.1 Uznesenie Krajský súd v Žiline, v právnej veci navrhovateľa: N. T., nar. XX.XX.XXXX, r. č.: XXXXXX/XXXX, bytom XXX XX R. XXX, proti odporkyni: Sociálna poisťovňa, ústredie, so sídlom Ul. 29. augusta č. 8-10, 813 63 Bratislava, o invalidný dôchodok, v konaní o opravnom prostriedku podanom navrhovateľom proti rozhodnutiu odporkyne č. XXX XXX XXXX X zo dňa 29.03.2016, takto r o z h o d o l : Súd konanie z a s t a v u j e . Navrhovateľovi náhradu trov konania n e p r i z n á v a . o d ô v o d n e n i e : Napadnutým rozhodnutím č. XXX XXX XXXX X zo dňa 29.03.2016 odporkyňa podľa § 70 ods. 1 zákona č. 461/2003 Z.z. o sociálnom poistení v znení neskorších predpisov zamietla žiadosť navrhovateľa o invalidný dôchodok. V odôvodní rozhodnutia odporkyňa uviedla, že navrhovateľ ku dňu vzniku invalidity 14.12.2015 nezískal potrebný počet rokov obdobia dôchodkového poistenia na vznik nároku na invalidný dôchodok. Proti tomuto rozhodnutiu podal navrhovateľ včas opravný prostriedok, v ktorom žiadal o prehodnotenie dátumu vzniky invalidity. Za účelom posúdenia invalidity navrhovateľa na základe konania o opravnom prostriedku bol jeho zdravotný stav posúdený posudkovým lekárom sociálneho poistenia Sociálnej poisťovne, ústredie, vysunuté pracovisko v Žiline MUDr. S. C., ktorý v lekárskej správe - posudku zo dňa 22.06.2016 konštatoval, že navrhovateľ je invalidný podľa § 71 ods. 1 zákona č. 461/2003 Z.z. o sociálnom poistení, lebo pre dlhodobo nepriaznivý zdravotný stav má pokles schopnosti vykonávať zárobkovú činnosť o viac ako 40 % v porovnaní so zdravou fyzickou osobou. MPSVZČ v percentách: 55 %. Invalidita trvá. Invalidita vznikla v dôsledku choroby. Z posudku vyplýva, že v odvolacom konaní bola prvostupňovým posudkovým lekárom sociálneho poistenia dňa 23.05.2016 priznaná MPSVZČ 55 % od 04.09.2015. Posudkový lekár MUDr. C. po preštudovaní spisovej dokumentácie zistil, že posúdenie na 1. stupni zo dňa 23.05.2015 bolo správne. Po vysvetlení posudkových kritérií pre uznanie invalidity navrhovateľ dňa 22.06.2016 pred posudkovým lekárom MUDr. C. vzal podaný opravný prostriedok späť. Rovnaký úkon učinil aj voči konajúcemu súdu.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 právo na náhradu trov konania v tom prípade, ak jeho opravný prostriedok bol podaný dôvodne V predmetnej veci bola zistená u navrhovateľa invalidita so skorším dátumom až v dôsledku podania opravného prostriedku navrhovateľom. Odporkyňa nesie procesné zavinenie na zastavení konania, preto je povinná nahradiť navrhovateľovi trovy, ktoré mu v súvislosti s týmto konaním vznikli. Z obsahu spisového materiálu však nevyplýva, že by navrhovateľovi doposiaľ s týmto konaním nejaké trovy vznikli a zároveň ani samotný navrhovateľ nevzniesol procesný návrh na ich uplatnenie v zmysle ust. § 151 ods. 1 O.s.p., v dôsledku čoho súd navrhovateľovi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https://www.kauzis.sk/judikatura/r/ECLI:SK:KSZA:2016:5016200545.1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