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30S/8/2016 z 20. 9. 2016</w:t>
      </w:r>
    </w:p>
    <w:p>
      <w:r>
        <w:t>Uznesenie Krajského súdu Žilina z 20. septembra 2016, sp. zn. 30S/8/2016, ECLI:SK:KSZA:2016:5016200596.1</w:t>
      </w:r>
    </w:p>
    <w:p>
      <w:r>
        <w:t>Súd: Krajský súd Žilina</w:t>
      </w:r>
    </w:p>
    <w:p>
      <w:r>
        <w:t>Spisová značka: 30S/8/2016</w:t>
      </w:r>
    </w:p>
    <w:p>
      <w:r>
        <w:t>ECLI: ECLI:SK:KSZA:2016:5016200596.1</w:t>
      </w:r>
    </w:p>
    <w:p>
      <w:r>
        <w:t>Dátum vydania: 20. 9. 2016</w:t>
      </w:r>
    </w:p>
    <w:p>
      <w:r>
        <w:t>Forma: Uznesenie</w:t>
      </w:r>
    </w:p>
    <w:p>
      <w:pPr>
        <w:pStyle w:val="Heading2"/>
      </w:pPr>
      <w:r>
        <w:t>Text rozhodnutia</w:t>
      </w:r>
    </w:p>
    <w:p>
      <w:r>
        <w:t>Súd: Krajský súd Žilina Spisová značka: 30S/8/2016 Identifikačné číslo súdneho spisu: 5016200596 Dátum vydania rozhodnutia: 21. 09. 2016 Meno a priezvisko sudcu, VSÚ: JUDr. Erika Čanádyová ECLI: ECLI:SK:KSZA:2016:5016200596.1 Uznesenie Krajský súd v Žiline, v senáte zloženom z predsedníčky senátu JUDr. Čanádyovej a členov senátu JUDr. Veroniky Poláčkovej a JUDr. Jany Martinčekovej, v právnej veci žalobcu: MIRAGE SHOPPING CENTER, a. s., so sídlom Framborská č. 12, 010 01 Žilina, IČO: 44 547 331, právne zast. JUDr. Michalom Krnáčom, advokátom so sídlom Q. S. č. XXX/XX, XXX XX N., proti žalovanému: Okresný úrad Žilina, Odbor výstavby a bytovej politiky, so sídlom Andreja Kmeťa č. 17, 010 01 Žilina, o preskúmanie zákonnosti rozhodnutia žalovaného č. OU-ZA-OVBP2-2016-015802-1/Pál zo dňa 02.05.2016, takto r o z h o d o l : Súd konanie zastavuje. Žalovanému priznáva proti žalobcovi náhradu trov konania v plnom rozsahu. o d ô v o d n e n i e : 1. Žalobou zo dňa 11.07.2016 sa žalobca domáhal zrušenia rozhodnutia žalovaného č. OU-ZA- OVBP2-2016/015802-1/Pál zo dňa 02.05.2016 a vrátenia veci na nové konanie. Krajský súd posúdil podanie ako správnu žalobcu v zmysle § 182 zákona č. 162/2015 Z.z. Správny súdny poriadok. 2. Na základe podanej žaloby vyzval súd žalobcu výzvou zo dňa 09.08.2016 v zmysle § 5 ods. 1 písm. a) zákona č. 71/1992 Zb. o súdnych poplatkoch a poplatku za výpis z registra trestov v znení účinnom od 01.07.2016 (ďalej len „zákon č. 71/1992 Zb.“) na zaplatenie súdneho poplatku podľa položky 10 písm. a) Sadzobníka súdnych poplatkov vo výške 70 Eur. Zároveň ho poučil o následkoch nezaplatenia súdneho poplatku, a to o zastavení konania. 3. Podľa § 14 ods. 1 zákona č. 71/1992 Zb. ak tento zákon neustanovuje inak, na konanie vo veciach poplatkov sa primerane použijú ustanovenia Civilného sporového poriadku. 4.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110 ods. 1 zákona č. 160/2015 Z.z.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7. Výzva súdu na zaplatenie súdneho poplatku z podanej žaloby bola dňa 15.08.2016 doručená právnemu zástupcovi žalobcu. 8. Šetrením v učtárni Krajského súdu v Žiline zistené, že súdny poplatok nebol zaplatený. 9. Vychádzajúc z citovaných ustanovení a vzhľadom na skutočnosť, že žalobca napriek výzve do dnešného dňa uložený súdny poplatok nezaplatil, súd konanie pri aplikácii § 14 v spojení s 10 ods. 1 zákona č. 71/1992 Zb. zastavil. 10. Súd rozhodol o trovách konania podľa 256 ods. 1 CSP v spojení s § 14 zákona č. 71/1992 Zb., podľa ktorého ak strana procesne zavinila zastavenie konania, súd prizná náhradu trov konania protistrane. Toto rozhodnutie súdu bolo prijaté hlasovaním v pomere hlasov 3 : 0. Poučenie: Proti tomuto uzneseniu možno podať odvolanie v lehote 15-tich dní odo dňa jeho doručenia na Najvyšší súd Slovenskej republiky v Bratislave prostredníctvom Krajského súdu v Žiline. Odvolanie možno urobiť písomne, a to v listinnej podobe alebo v elektronickej podobe. Odvolanie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V odvolaní sa popri všeobecných náležitostiach podania, t. j. a) ktorému súdu je určené, b) kto ho robí, c) ktorej veci sa týka, d) čo sa ním sleduje a e)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V Žiline, dňa 21. septembra 2016 JUDr. Erika Čanádyová predsedníčka senátu Za správnosť vyhotovenia: Miriama Talapková</w:t>
      </w:r>
    </w:p>
    <w:p/>
    <w:p>
      <w:r>
        <w:t>Zdroj: KAUZIS.SK – https://www.kauzis.sk/judikatura/r/ECLI:SK:KSZA:2016:5016200596.1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