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30S/8/2016 z 23. 10. 2016</w:t>
      </w:r>
    </w:p>
    <w:p>
      <w:r>
        <w:t>Uznesenie Krajského súdu Žilina z 23. októbra 2016, sp. zn. 30S/8/2016, ECLI:SK:KSZA:2016:5016200596.2</w:t>
      </w:r>
    </w:p>
    <w:p>
      <w:r>
        <w:t>Súd: Krajský súd Žilina</w:t>
      </w:r>
    </w:p>
    <w:p>
      <w:r>
        <w:t>Spisová značka: 30S/8/2016</w:t>
      </w:r>
    </w:p>
    <w:p>
      <w:r>
        <w:t>ECLI: ECLI:SK:KSZA:2016:5016200596.2</w:t>
      </w:r>
    </w:p>
    <w:p>
      <w:r>
        <w:t>Dátum vydania: 23. 10. 2016</w:t>
      </w:r>
    </w:p>
    <w:p>
      <w:r>
        <w:t>Forma: Uznesenie</w:t>
      </w:r>
    </w:p>
    <w:p>
      <w:pPr>
        <w:pStyle w:val="Heading2"/>
      </w:pPr>
      <w:r>
        <w:t>Text rozhodnutia</w:t>
      </w:r>
    </w:p>
    <w:p>
      <w:r>
        <w:t>Súd: Krajský súd Žilina Spisová značka: 30S/8/2016 Identifikačné číslo súdneho spisu: 5016200596 Dátum vydania rozhodnutia: 24. 10. 2016 Meno a priezvisko sudcu, VSÚ: JUDr. Erika Čanádyová ECLI: ECLI:SK:KSZA:2016:5016200596.2 Uznesenie Krajský súd v Žiline, v senáte zloženom z predsedníčky senátu JUDr. Eriky Čanádyovej a členov senátu JUDr. Jany Martinčekovej a JUDr. Veroniky Poláčkovej, v právnej veci žalobcu: MIRAGE SHOPPING CENTER, a. s., so sídlom Framborská č. 12, 010 01 Žilina, IČO: 44 547 331, právne zast. JUDr. Michalom Krnáčom, advokátom so sídlom Q. S. č. XXX/XX, XXX XX N., proti žalovanému: Okresný úrad Žilina, Odbor výstavby a bytovej politiky, so sídlom Andreja Kmeťa č. 17, 010 01 Žilina, o preskúmanie zákonnosti rozhodnutia žalovaného č. OU-ZA-OVBP2-2016-015802-1/Pál zo dňa 02.05.2016, takto r o z h o d o l : Uznesenie Krajského súdu v Žiline č. k. 30S/8/2016-30 zo dňa 21.09.2016 zrušuje. o d ô v o d n e n i e : 1. Žalobou zo dňa 11.07.2016 sa žalobca domáhal zrušenia rozhodnutia žalovaného č. OU-ZA- OVBP2-2016/015802-1/Pál zo dňa 02.05.2016 a vrátenia veci na nové konanie. 2. Krajský súd v Žiline uznesením č. k. 30S/8/2016-30 zo dňa 21.09.2016 konanie zastavil pri aplikácii § 10 ods. 1 v spojení s § 14 ods. 1 zák. č. 71/1992 Zb. o súdnych poplatkoch a poplatku za výpis z registra trestov (ďalej len „zák. č. 71/1992 Zb.“). Uznesenie bolo právnemu zástupcovi žalobcu doručené dňa 12.10.2016. Žalobca v lehote na podanie odvolania súdny poplatok za žalobu vo výške 70,- Eur zaplatil, dňa 13.10.2016, ktorú skutočnosť mal súd preukázanú zo záznamu o zložení zo dňa 17.10.2016 (č. l. 35 spisu). 3. Podľa § 10 ods. 3 veta prvá zák. č. 71/1992 Zb. prvoinštančný súd zruší uznesenie o zastavení konania pre nezaplatenie súdneho poplatku, ak poplatník zaplatí súdny poplatok do konca lehoty na podanie odvolania. 4. Súd pri aplikácii vyššie citovaného zákonného ustanovenia uznesenie o zastavení konania pre nezaplatenie súdneho poplatku zrušil. Rozhodnutie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 V Žiline, dňa 24.10.2016 JUDr. Erika Čanádyová predsedníčka senátu Za správnosť vyhotovenia: Miriama Talapková</w:t>
      </w:r>
    </w:p>
    <w:p/>
    <w:p>
      <w:r>
        <w:t>Zdroj: KAUZIS.SK – https://www.kauzis.sk/judikatura/r/ECLI:SK:KSZA:2016:5016200596.2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