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24Sa/23/2016 z 30. 8. 2016</w:t>
      </w:r>
    </w:p>
    <w:p>
      <w:r>
        <w:t>Uznesenie Krajského súdu Žilina z 30. augusta 2016, sp. zn. 24Sa/23/2016, ECLI:SK:KSZA:2016:5016200631.2</w:t>
      </w:r>
    </w:p>
    <w:p>
      <w:r>
        <w:t>Súd: Krajský súd Žilina</w:t>
      </w:r>
    </w:p>
    <w:p>
      <w:r>
        <w:t>Spisová značka: 24Sa/23/2016</w:t>
      </w:r>
    </w:p>
    <w:p>
      <w:r>
        <w:t>ECLI: ECLI:SK:KSZA:2016:5016200631.2</w:t>
      </w:r>
    </w:p>
    <w:p>
      <w:r>
        <w:t>Dátum vydania: 30. 8. 2016</w:t>
      </w:r>
    </w:p>
    <w:p>
      <w:r>
        <w:t>Forma: Uznesenie</w:t>
      </w:r>
    </w:p>
    <w:p>
      <w:pPr>
        <w:pStyle w:val="Heading2"/>
      </w:pPr>
      <w:r>
        <w:t>Text rozhodnutia</w:t>
      </w:r>
    </w:p>
    <w:p>
      <w:r>
        <w:t>Súd: Krajský súd Žilina Spisová značka: 24Sa/23/2016 Identifikačné číslo súdneho spisu: 5016200631 Dátum vydania rozhodnutia: 31. 08. 2016 Meno a priezvisko sudcu, VSÚ: JUDr. Zuzana Jančárová ECLI: ECLI:SK:KSZA:2016:5016200631.2 Uznesenie Krajský súd v Žiline, v právnej veci navrhovateľa: Ing. N. X., nar. XX.XX.XXXX, r.č.: XXXXXX/XXXX, bytom XXX XX N., R. O. XXXX/X, proti odporkyni: Sociálna poisťovňa, ústredie, Ul. 29. augusta č. 8-10, 813 63 Bratislava, o výšku invalidného dôchodku, v konaní o opravnom prostriedku podanom navrhovateľom proti rozhodnutiu odporkyne č. XXX XXX XXXX X zo dňa 15.03.2016, takto r o z h o d o l : Súd konanie z a s t a v u j e . Odporkyni náhradu trov konania n e p r i z n á v a . o d ô v o d n e n i e : Napadnutým rozhodnutím č. XXX XXX XXXX X zo dňa 15.03.2016 odporkyňa Sociálna poisťovňa, ústredie Bratislava podľa § 73, § 112 ods. 4a 6 a § 82 zákona č. 461/2003 Z.z. o sociálnom poistení v znení neskorších predpisov znížila navrhovateľovi invalidný dôchodok od 04.05.2016 na 434,10 eur mesačne. Z odôvodnenia napadnutého rozhodnutia vyplýva, že dlhodobo nepriaznivý zdravotný stav a pokles schopnosti vykonávať zárobkovú činnosť navrhovateľa bol posúdený posudkovým lekárom sociálneho poistenia Sociálnej poisťovne, pobočka Liptovský Mikuláš, a výsledok jeho posúdenia je uvedený v lekárskej správe - odbornom posudku o invalidite z 25.02.2016, v ktorom lekár konštatoval od 25.02.2016 pokles schopnosti vykonávať zárobkovú činnosť 60 % v porovnaní so zdravou fyzickou osobou. Proti tomuto rozhodnutiu podal navrhovateľ včas opravný prostriedok, v ktorom žiadal o opätovné posúdenie jeho zhoršeného zdravotného stavu. Uvedený opravný prostriedok navrhovateľa bol dňa 22.07.2016 predložený odporkyňou Krajskému súdu v Žiline na rozhodnutie. Za účelom posúdenia invalidity navrhovateľa na základe konania o opravnom prostriedku bol jeho zdravotný stav posúdený posudkovou lekárkou sociálneho poistenia Sociálnej poisťovne, ústredie, vysunuté pracovisko v Poprade Mgr. MUDr. J. X., ktorá v lekárskej správe - posudku zo dňa 19.07.2016 konštatovala,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60 %. Invalidita trvá, vznikla v dôsledku choroby. Odporkyňa v písomnom vyjadrení k opravnému prostriedku navrhovateľa zo dňa 26.07.2016 navrhla napadnuté rozhodnutie č. XXX XXX XXXX X zo dňa 15.03.2016 ako vecne správne potvrdiť. Podaním zo dňa 11.08.2016, doručeným tunajšiemu súdu dňa 15.08.2016 navrhovateľ vzal späť podaný opravný prostriedok a žiadal konanie zastaviť.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https://www.kauzis.sk/judikatura/r/ECLI:SK:KSZA:2016:5016200631.2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