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24Sa/46/2016 z 9. 10. 2016</w:t>
      </w:r>
    </w:p>
    <w:p>
      <w:r>
        <w:t>Uznesenie Krajského súdu Žilina z 9. októbra 2016, sp. zn. 24Sa/46/2016, ECLI:SK:KSZA:2016:5016200711.1</w:t>
      </w:r>
    </w:p>
    <w:p>
      <w:r>
        <w:t>Súd: Krajský súd Žilina</w:t>
      </w:r>
    </w:p>
    <w:p>
      <w:r>
        <w:t>Spisová značka: 24Sa/46/2016</w:t>
      </w:r>
    </w:p>
    <w:p>
      <w:r>
        <w:t>ECLI: ECLI:SK:KSZA:2016:5016200711.1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24Sa/46/2016 Identifikačné číslo súdneho spisu: 5016200711 Dátum vydania rozhodnutia: 10. 10. 2016 Meno a priezvisko sudcu, VSÚ: JUDr. Zuzana Jančárová ECLI: ECLI:SK:KSZA:2016:5016200711.1 Uznesenie Krajský súd v Žiline, v právnej veci navrhovateľky: U. K., nar. XX.XX.XXXX, r. č.: XXXXXX/XXXX, bytom B. S. J. XXX/XX, XXX XX Y., proti odporkyni: Sociálna poisťovňa, ústredie, so sídlom Ul. 29. augusta č. 8, 813 63 Bratislava, o invalidný dôchodok, o opravnom prostriedku podanom navrhovateľkou proti rozhodnutiu odporkyne č. XXX XXX XXXX X zo dňa 31.05.2016, takto r o z h o d o l : Súd konanie z a s t a v u j e . Odporkyni náhradu trov konania n e p r i z n á v a . o d ô v o d n e n i e : Napadnutým rozhodnutím č. XXX XXX XXXX X zo dňa 31.05.2016 odporkyňa podľa § 70 a § 71 zákona č. 461/2003 Z.z. o sociálnom poistení v znení neskorších predpisov zamietla žiadosť navrhovateľky o invalidný dôchodok zo dňa 09.05.2016. Proti tomuto rozhodnutiu podala navrhovateľka včas opravný prostriedok, v ktorom namietala nedostatočné posúdenie zdravotného stavu. Za účelom posúdenia invalidity navrhovateľky na základe konania o opravnom prostriedku bol jej zdravotný stav posúdený posudkovým lekárom sociálneho poistenia Sociálnej poisťovne, ústredie, vysunuté pracovisko v Žiline MUDr. O. K., ktorý v lekárskej správe - posudku zo dňa 15.08.2016 konštatoval, že navrhovateľka nie je invalidná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40 %. Invalidita nevznikla. Na pojednávaní dňa 10.10.2016 navrhovateľka súdu oznámila, že po oboznámení sa s posudkovým záverom druhostupňového posudkového lekára sociálneho poistenia MUDr. O. K. zo dňa 15.08.2016, ktorý ponechal mieru poklesu jej schopností vykonávať zárobkovú činnosť naďalej na 40 %, opravný prostriedok podaný proti napadnutému rozhodnutiu odporkyne berie v celom rozsahu späť a súhlasí so zastavením konania. Poverená pracovníčka odporkyne nemala námietky voči dispozitívnemu úkonu navrhovateľky. Podľa § 492 ods. 1 zákona č. 162/2015 Z.z. Správny súdny poriadok konania podľa tretej hlavy piatej časti Občianskeho súdneho poriadku začaté predo dňom nadobudnutia účinnosti tohto zákona sa dokončia podľa doterajších predpisov.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https://www.kauzis.sk/judikatura/r/ECLI:SK:KSZA:2016:5016200711.1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