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31S/27/2016 z 1. 11. 2016</w:t>
      </w:r>
    </w:p>
    <w:p>
      <w:r>
        <w:t>Uznesenie Krajského súdu Žilina z 1. novembra 2016, sp. zn. 31S/27/2016, ECLI:SK:KSZA:2016:5016200718.1</w:t>
      </w:r>
    </w:p>
    <w:p>
      <w:r>
        <w:t>Súd: Krajský súd Žilina</w:t>
      </w:r>
    </w:p>
    <w:p>
      <w:r>
        <w:t>Spisová značka: 31S/27/2016</w:t>
      </w:r>
    </w:p>
    <w:p>
      <w:r>
        <w:t>ECLI: ECLI:SK:KSZA:2016:5016200718.1</w:t>
      </w:r>
    </w:p>
    <w:p>
      <w:r>
        <w:t>Dátum vydania: 1. 11. 2016</w:t>
      </w:r>
    </w:p>
    <w:p>
      <w:r>
        <w:t>Forma: Uznesenie</w:t>
      </w:r>
    </w:p>
    <w:p>
      <w:r>
        <w:t>Oblasť práva: Správne právo</w:t>
      </w:r>
    </w:p>
    <w:p>
      <w:pPr>
        <w:pStyle w:val="Heading2"/>
      </w:pPr>
      <w:r>
        <w:t>Text rozhodnutia</w:t>
      </w:r>
    </w:p>
    <w:p>
      <w:r>
        <w:t>Súd: Krajský súd Žilina Spisová značka: 31S/27/2016 Identifikačné číslo súdneho spisu: 5016200718 Dátum vydania rozhodnutia: 02. 11. 2016 Meno a priezvisko sudcu, VSÚ: JUDr. Erika Šobichová ECLI: ECLI:SK:KSZA:2016:5016200718.1 Uznesenie Krajský súd v Žiline, v senáte zloženom z predsedníčky senátu JUDr. Eriky Šobichovej a členov senátu JUDr. Veroniky Poláčkovej a JUDr. Zuzany Jančárovej, v právnej veci žalobcu: RUBERING, s.r.o., so sídlom Dolné Rudiny 1, 010 01 Žilina, právne zastúpený JUDr. Martin Olos, advokát, so sídlom G. G. X, XXX XX F. H., proti žalovanému: Slovenská obchodná inšpekcia, Ústredný inšpektorát Slovenskej obchodnej inšpekcie so sídlom v Bratislave, Prievozská 32, 827 99 Bratislava, v konaní o správnej žalobe proti rozhodnutiu žalovaného č. SK/00775/99/2015 zo dňa 17.03.2016, takto r o z h o d o l : Súd konanie zastavuje. Žalovanému priznáva proti žalobcovi náhradu trov konania v plnom rozsahu. o d ô v o d n e n i e : 1. Žalobou zo dňa 22.05.2016 podanou elektronicky so zaručeným elektronickým podpisom sa žalobca prostredníctvom právneho zástupcu domáhal preskúmania a zrušenia rozhodnutí žalovaného. Zároveň si uplatnil trovy konania. 2. Podľa § 491 ods. 1 zákona č. 162/2015 Z. z., ak nie je ďalej ustanovené inak, platí tento zákon aj na konania začaté podľa piatej časti Občianskeho súdneho poriadku predo dňom nadobudnutia jeho účinnosti. 3. Podľa § 491 ods. 2 zákona č. 162/2015 Z. z.,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 Súd uznesením pod č. k. 21S/85/2016-32 zo dňa 27.07.2016 konanie o správnej žalobe zo dňa 22.05.2016 proti rozhodnutiu žalovaného č. SK/00775/99/2015 zo dňa 17.03.2016 vylúčil na samostatné konanie. Uznesenie nadobudlo právoplatnosť dňa 02.08.2016. Konanie je vedené pod sp zn. 31S/20/2016. 5. Žalobca bol prostredníctvom právneho zástupcu vyzvaný výzvou zo dňa 10.10.2016 na zaplatenie súdneho poplatku za správnu žalobu podľa položky 10 písm. a) Sadzobníka súdnych poplatkov a prílohy zákona č. 71/1992 Zb. o súdnych poplatkoch a poplatku za výpis z registra trestov v znení neskorších predpisov v spojení s § 5 ods. 1 písm. a), § 6 ods. 3 cit. zákona vo výške 35,00 Eur. Zároveň bol žalobca poučený, že ak nebude poplatok v určenej lehote zaplatený, súd konanie zastaví s poukazom na § 10 ods. 1 zákona č. 71/1992 Zb.. 6. Podľa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7.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110 ods. 1 zákona č. 160/2015 Z.z.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9. Výzva súdu na zaplatenie súdneho poplatku z podanej žaloby bola doručená právnemu zástupcovi žalobcu do vlastných rúk dňa 13.10.2016. 10. Dňa 31.10.2016 bolo zistené zo súdneho registra, že súdny poplatok nebol zo strany žalobcu zaplatený. 11. Vychádzajúc z citovaných ustanovení a vzhľadom na skutočnosť, že žalobca napriek výzve do dnešného dňa uložený súdny poplatok nezaplatil, súd konanie pri aplikácii § 14 v spojení s 10 ods. 1 zákona č. 71/1992 Zb. zastavil. 12. Súd rozhodol o trovách konania podľa 256 ods. 1 CSP v spojení s § 14 zákona č. 71/1992 Zb., podľa ktorého ak strana procesne zavinila zastavenie konania, súd prizná náhradu trov konania protistrane. 13. Toto rozhodnutie súdu bolo prijaté hlasovaním v pomere hlasov 3 : 0. Poučenie: Proti tomuto uzneseniu možno podať odvolanie v lehote 15-tich dní odo dňa jeho doručenia na Najvyšší súd Slovenskej republiky v Bratislave prostredníctvom Krajského súdu v Žiline. Odvolanie možno urobiť písomne, a to v listinnej podobe alebo v elektronickej podobe. Odvolanie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Odvolanie len proti odôvodneniu rozhodnutia nie je prípustné. V odvolaní sa popri všeobecných náležitostiach podania, t. j. a) ktorému súdu je určené, b) kto ho robí, c) ktorej veci sa týka, d) čo sa ním sleduje a e)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https://www.kauzis.sk/judikatura/r/ECLI:SK:KSZA:2016:5016200718.1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