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24Sa/48/2016 z 29. 9. 2016</w:t>
      </w:r>
    </w:p>
    <w:p>
      <w:r>
        <w:t>Uznesenie Krajského súdu Žilina z 29. septembra 2016, sp. zn. 24Sa/48/2016, ECLI:SK:KSZA:2016:5016200722.1</w:t>
      </w:r>
    </w:p>
    <w:p>
      <w:r>
        <w:t>Súd: Krajský súd Žilina</w:t>
      </w:r>
    </w:p>
    <w:p>
      <w:r>
        <w:t>Spisová značka: 24Sa/48/2016</w:t>
      </w:r>
    </w:p>
    <w:p>
      <w:r>
        <w:t>ECLI: ECLI:SK:KSZA:2016:5016200722.1</w:t>
      </w:r>
    </w:p>
    <w:p>
      <w:r>
        <w:t>Dátum vydania: 29. 9. 2016</w:t>
      </w:r>
    </w:p>
    <w:p>
      <w:r>
        <w:t>Forma: Uznesenie</w:t>
      </w:r>
    </w:p>
    <w:p>
      <w:pPr>
        <w:pStyle w:val="Heading2"/>
      </w:pPr>
      <w:r>
        <w:t>Text rozhodnutia</w:t>
      </w:r>
    </w:p>
    <w:p>
      <w:r>
        <w:t>Súd: Krajský súd Žilina Spisová značka: 24Sa/48/2016 Identifikačné číslo súdneho spisu: 5016200722 Dátum vydania rozhodnutia: 30. 09. 2016 Meno a priezvisko sudcu, VSÚ: JUDr. Zuzana Jančárová ECLI: ECLI:SK:KSZA:2016:5016200722.1 Uznesenie Krajský súd v Žiline, v právnej veci navrhovateľky: F. W., nar. XX.XaX.XXXX, r. č.: XXXXXX/XXXX, bytom O. XXXX/X, XXX XX Y. W., proti odporkyni: Sociálna poisťovňa, ústredie, so sídlom Ul. 29. augusta č. 8, 813 63 Bratislava, o invalidný dôchodok, o opravnom prostriedku podanom navrhovateľkou proti rozhodnutiu odporkyne č. XXX XXX XXXX X zo dňa 24.05.2016, takto r o z h o d o l : Súd konanie z a s t a v u j e . Navrhovateľke náhradu trov konania n e p r i z n á v a . o d ô v o d n e n i e : Napadnutým rozhodnutím č. XXX XXX XXXX X zo dňa 24.05.2016 odporkyňa podľa § 73 § 112 ods. 4 a § 82 zákona č. 461/2003 Z.z. o sociálnom poistení v znení neskorších predpisov zvýšila navrhovateľke od 11.05.2016 invalidný dôchodok na 235,90 Eur mesačne. Proti tomuto rozhodnutiu podala navrhovateľka včas opravný prostriedok, v ktorom nesúhlasila s určeným dátumom vzniku invalidity a žiadala priznať dôchodok od 01.03.2016. Odporkyňa rozhodnutím č. XXX XXX XXXX X zo dňa 13.07.2016 podľa § 73 § 112 ods. 4 a § 82 zákona č. 461/2003 Z.z. o sociálnom poistení v znení neskorších predpisov zvýšila navrhovateľke od 01.03.2016 invalidný dôchodok na 235,90 Eur mesačne. Podľa § 492 ods. 1 zákona č. 162/2015 Z.z. Správny súdny poriadok konania podľa tretej hlavy piatej časti Občianskeho súdneho poriadku začaté predo dňom nadobudnutia účinnosti tohto zákona sa dokončia podľa doterajších predpisov. Rozhodovanie o opravných prostriedkoch proti rozhodnutiam správnych orgánov je upravené v tretej hlave piatej časti Občianskeho súdneho poriadku (ďalej len O.s.p.), konkrétne v ust. § 250l až § 250s O.s.p. Podľa § 250o Občianskeho súdneho poriadku (ďalej len „O.s.p.“) ak správny orgán, ktorého rozhodnutie súd preskúmava, vydá nové rozhodnutie, ktorým návrhu celkom vyhovie, súd uznesením konanie zastaví. Z dôvodu, že odporkyňa vo veci vydala nové rozhodnutie, ktorým opravnému prostriedku navrhovateľky v celom rozsahu vyhovela, súd konanie podľa § 250o O.s.p. zastavil. O trovách konania súd rozhodol v zmysle ust. § 146 ods. 2 veta prvá O.s.p. v spojení s ust. § 246c ods. 1 veta prvá O.s.p., podľa ktorého ak niektorý z účastníkov zavinil, že konanie sa muselo zastaviť, je povinný uhradiť jeho trovy. Vzhľadom na to, že odporkyňa vydala nové rozhodnutie podľa § 112 ods. 4 zákona č. 461/2003 Z.z. o sociálnom poistení a vyhovela navrhovateľke v plnom rozsahu až potom, ako navrhovateľka podala proti napadnutému rozhodnutiu opravný prostriedok,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https://www.kauzis.sk/judikatura/r/ECLI:SK:KSZA:2016:5016200722.1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