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25Sa/50/2016 z 28. 9. 2016</w:t>
      </w:r>
    </w:p>
    <w:p>
      <w:r>
        <w:t>Uznesenie Krajského súdu Žilina z 28. septembra 2016, sp. zn. 25Sa/50/2016, ECLI:SK:KSZA:2016:5016200731.1</w:t>
      </w:r>
    </w:p>
    <w:p>
      <w:r>
        <w:t>Súd: Krajský súd Žilina</w:t>
      </w:r>
    </w:p>
    <w:p>
      <w:r>
        <w:t>Spisová značka: 25Sa/50/2016</w:t>
      </w:r>
    </w:p>
    <w:p>
      <w:r>
        <w:t>ECLI: ECLI:SK:KSZA:2016:5016200731.1</w:t>
      </w:r>
    </w:p>
    <w:p>
      <w:r>
        <w:t>Dátum vydania: 28.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25Sa/50/2016 Identifikačné číslo súdneho spisu: 5016200731 Dátum vydania rozhodnutia: 29. 09. 2016 Meno a priezvisko sudcu, VSÚ: Mgr. Nora Tomková ECLI: ECLI:SK:KSZA:2016:5016200731.1 Uznesenie Krajský súd v Žiline - správny súd, v právnej veci navrhovateľa: W. N., nar. XX.XX.XXXX, r. č.: XXXXXX/ XXXX, bytom T. XXX, proti odporkyni: Sociálna poisťovňa, ústredie, so sídlom Ul. 29. augusta č. 8 - 10, 813 63 Bratislava, o invalidný dôchodok, takto r o z h o d o l : Súd konanie z a s t a v u j e . Navrhovateľovi náhradu trov konania n e p r i z n á v a . o d ô v o d n e n i e : Odporkyňa napadnutým rozhodnutím č. XXX XXX XXXX X zo dňa 12. mája 2016 podľa § 70 Zákona o sociálnom poistení v znení neskorších predpisov a čl. 46 nariadenia (ES) Európskeho parlamentu a Rady č. 883/2004 o koordinácii systémov sociálneho zabezpečenia zamietla žiadosť navrhovateľa o invalidný dôchodok zo dňa 7. apríla 2016. Proti rozhodnutiu odporkyne podal navrhovateľ včas opravný prostriedok, v ktorom namietal posúdenie zdravotného stavu, nakoľko jeho zdravotný stav mu neumožňuje vykonávať, resp. obstarávať zákonné životné potreby. Zároveň doložil nové posudky. Odporkyňa v priebehu konania vydala nové rozhodnutie č. XXX XXX XXXX X dňa 16. septembra 2016, ktorým bol navrhovateľovi podľa § 70 ods. 1 a § 82 Zákona o sociálnom poistení v znení neskorších predpisov priznaný invalidný dôchodok od 22. februára 2016 v sume 66,30 € mesačne. Invalidný dôchodok bol priznaný aj v súlade s čl. 52 ods. 1 písm. a) a ods. 4 nariadenia (ES) Európskeho parlamentu a Rady č. 883/2004 o koordinácii systémov sociálneho zabezpečenia v znení nariadenia č. 988/2009. Zároveň odporkyňa požiadala o poskytnutie lehoty na posúdenie veci, nakoľko jej bolo 12. septembra 2016 doručené oznámenie Českej správy sociálneho poistenia Praha o dobách poistenia, s ktorými sa pre krátkosť času nestihla vysporiadať, ako aj nestihla vydať rozhodnutie o zrušení napadnutého rozhodnutia z 12. mája 2016. Na pojednávaní navrhovateľ uviedol, že posledné dve rozhodnutia Sociálnej poisťovne zo dňa 16. septembra 2016 a 19. septembra 2016 mu doručené boli. S týmito momentálne súhlasí, berie opravný prostriedok späť a súhlasí aj s tým, aby súd konanie vo veci zastavil. Pokiaľ sa mu zdravotný stav zhorší, podá si novú neformálnu žiadosť o zvýšenie invalidného dôchodku. Zástupkyňa odporkyne nemala námietky voči zastaveniu konania. S poukazom na dispozitívny úkon navrhovateľa súd konanie zastavil v súlade s ust. § 250d ods. 3 O.s.p. v spojení s ust. § 250h ods. 2 O.s.p.. O trovách konania súd rozhodol primerane podľa ust. § 250k ods. 1 vety prvej O.s.p. v spojení s ust. § 250l ods. 2 O.s.p., podľa ktorého, ak mal žalobca úspech celkom alebo sčasti, súd mu proti žalovanému prizná právo na úplnú alebo čiastočnú náhradu trov konania. V predmetnom konaní, napriek tomu, že konanie bolo zastavené bol navrhovateľ úspešným účastníkom konania, preto mu vznikol nárok na náhradu trov konania. Navrhovateľ si však náhradu trov neuplatnil, preto súd o trovách konania rozhodol tak, ako je uvedené vo výrokovej časti tohto rozhodnutia (navrhovateľovi náhradu trov konania nepriznáva). V predmetnom konaní súd postupoval v súlade s ust. § 492 ods. 1 zákona č. 162/2015 Z. z. (teda podľa O.s.p.). Poučenie: Proti tomuto uzneseniu j e p r í p u s t n é odvolanie do 15 dní odo dňa jeho doručenia prostredníctvom Krajského súdu v Žiline na Najvyšší súd Slovenskej republiky v Bratislave, písomne v 3 vyhotoveniach. Vzhľadom k tomu, že sa účastníci konania vzdali práva podať odvolanie proti vyhlásenému rozhodnutiu, toto nadobudne právoplatnosť dňom doručenia poslednému z nich.</w:t>
      </w:r>
    </w:p>
    <w:p/>
    <w:p>
      <w:r>
        <w:t>Zdroj: KAUZIS.SK – https://www.kauzis.sk/judikatura/r/ECLI:SK:KSZA:2016:5016200731.1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