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24Sa/76/2016 z 8. 12. 2016</w:t>
      </w:r>
    </w:p>
    <w:p>
      <w:r>
        <w:t>Uznesenie Krajského súdu Žilina z 8. decembra 2016, sp. zn. 24Sa/76/2016, ECLI:SK:KSZA:2016:5016200842.2</w:t>
      </w:r>
    </w:p>
    <w:p>
      <w:r>
        <w:t>Súd: Krajský súd Žilina</w:t>
      </w:r>
    </w:p>
    <w:p>
      <w:r>
        <w:t>Spisová značka: 24Sa/76/2016</w:t>
      </w:r>
    </w:p>
    <w:p>
      <w:r>
        <w:t>ECLI: ECLI:SK:KSZA:2016:5016200842.2</w:t>
      </w:r>
    </w:p>
    <w:p>
      <w:r>
        <w:t>Dátum vydania: 8. 12. 2016</w:t>
      </w:r>
    </w:p>
    <w:p>
      <w:r>
        <w:t>Forma: Uznesenie</w:t>
      </w:r>
    </w:p>
    <w:p>
      <w:pPr>
        <w:pStyle w:val="Heading2"/>
      </w:pPr>
      <w:r>
        <w:t>Text rozhodnutia</w:t>
      </w:r>
    </w:p>
    <w:p>
      <w:r>
        <w:t>Súd: Krajský súd Žilina Spisová značka: 24Sa/76/2016 Identifikačné číslo súdneho spisu: 5016200842 Dátum vydania rozhodnutia: 09. 12. 2016 Meno a priezvisko sudcu, VSÚ: JUDr. Zuzana Jančárová ECLI: ECLI:SK:KSZA:2016:5016200842.2 Uznesenie Krajský súd v Žiline, v právnej veci navrhovateľa: K. H., nar. XX.XX.XXXX, r.č.: XXXXXX/XXXX, bytom K. XX, XXX XX K., proti odporkyni: Sociálna poisťovňa, ústredie, so sídlom Ul. 29. augusta č. 8 - 10, 813 63 Bratislava, o výšku invalidného dôchodku, v konaní o opravnom prostriedku podanom navrhovateľom proti rozhodnutiu odporkyne č. XXX XXX XXXX X zo dňa 20.06.2016, takto r o z h o d o l : Súd konanie z a s t a v u j e . Navrhovateľovi náhradu trov konania n e p r i z n á v a . o d ô v o d n e n i e : Napadnutým rozhodnutím č. XXX XXX XXXX X zo dňa 20.06.2016 odporkyňa podľa § 70 ods. 1 a § 82 zák.č. 461/2003 Z.z. o sociálnom poistení v znení neskorších predpisov priznala navrhovateľovi od 12.01.2016 invalidný dôchodok v sume 260,70 E mesačne. V dôvodoch rozhodnutia odporkyňa okrem iného uviedla, že za invalidného bol navrhovateľ uznaný z dôvodu, že má pokles schopnosti vykonávať zárobkovú činnosť o 45% v porovnaní so zdravou fyzickou osobou. Dlhodobo nepriaznivý zdravotný stav a pokles schopnosti vykonávať zárobkovú činnosť navrhovateľa bol posúdený posudkovým lekárom sociálneho poistenia Sociálnej poisťovne, pobočka Martin, a výsledok jeho posúdenia je uvedený v lekárskej správe - odbornom posudku o invalidite z 18.04.2016. Proti tomuto rozhodnutiu podal navrhovateľ včas opravný prostriedok, v ktorom žiadal o prehodnotenie jeho zhoršujúceho sa zdravotného stavu a opätovné posúdenie miery poklesu schopnosti vykonávať zárobkovú činnosť. Za účelom posúdenia invalidity navrhovateľa na základe konania o opravnom prostriedku bol jeho zdravotný stav opätovne posúdený posudkovou lekárkou sociálneho poistenia Sociálnej poisťovne, pobočka Martin MUDr. X. U. dňa 05.09.2016, ktorá v lekárskej správe - posudku zo dňa 05.09.2016 konštatovala, že navrhovateľ je invalidný podľa § 71 ods. 1 zák.č. 461/2003 Z.z o sociálnom poistení, lebo pre dlhodobo nepriaznivý zdravotný stav má pokles schopnosti vykonávať zárobkovú činnosť o viac ako 40% v porovnaní so zdravou fyzickou osobou, miera poklesu schopnosti vykonávať zárobkovú činnosť v percentách nie je už 45%, ale je od 05.05.2016 55%. Invalidita vznikla v dôsledku choroby. K zhodnému záveru dospel aj posudkový lekár sociálneho poistenia Sociálnej poisťovne, ústredie, vysunuté pracovisko v Žiline MUDr. S. C. v odbornom lekárskom posudku zo dňa 18.10.2016. V dôsledku zmeny v posudkových záveroch bol návrh navrhovateľa na invalidný dôchodok odporkyňou opätovne posúdený. Odporkyňa rozhodnutím č. XXX XXX XXXX X zo dňa 08.11.2016 podľa § 73, § 112 ods. 4 a § 82 zák.č. 461/2003 Z.z. o sociálnom poistení v znení neskorších predpisov zvýšila navrhovateľovi sumu invalidného dôchodku od 05.05.2016 na 318,40 € mesačne. Podaním zo dňa 30.11.2016, doručeným tunajšiemu súdu 05.12.2016 navrhovateľ súdu oznámil, že súhlasí so zastavením konania vzhľadom na novo vydané rozhodnutie odporkyne č. 620 115 6412 0 zo dňa 08.11.2016, ktorým mu bol zvýšený invalidný dôchodok od 05.05.2016 a opravný prostriedok podaný proti napadnutému rozhodnutiu odporkyne zo dňa 20.06.2016 berie späť. Rozhodovanie o opravných prostriedkoch proti rozhodnutiam správnych orgánov je upravené v tretej hlave piatej časti Občianskeho súdneho poriadku (ďalej len O.s.p.), konkrétne v ustanovení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navrhovateľa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navrhovateľa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ustanovenia § 246c ods. 1 veta prvá O.s.p. v spojení s ustanovením § 146 ods. 2 veta druhá O.s.p., v zmysle ktorého má navrhovateľ právo na náhradu trov konania v tom prípade, ak jeho opravný prostriedok bol podaný dôvodne. V predmetnej veci bola zistená u navrhovateľa vyššia miera poklesu schopnosti vykonávať zárobkovú činnosť až v dôsledku podania opravného prostriedku navrhovateľom. Odporkyňa nesie procesné zavinenie na zastavení konania, preto je povinná nahradiť navrhovateľovi trovy, ktoré mu v súvislosti s týmto konaní vznikli. Z obsahu spisového materiálu však nevyplýva, že by navrhovateľovi doposiaľ s týmto konaním nejaké trovy vznikli a zároveň ani samotný navrhovateľ nevzniesol procesný návrh na ich uplatnenie v zmysle ust. § 151 ods. 1 O.s.p., v dôsledku čoho súd navrhovateľovi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https://www.kauzis.sk/judikatura/r/ECLI:SK:KSZA:2016:5016200842.2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