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13CoZm/15/2016 z 18. 10. 2016</w:t>
      </w:r>
    </w:p>
    <w:p>
      <w:r>
        <w:t>Rozsudok Krajského súdu Žilina z 18. októbra 2016, sp. zn. 13CoZm/15/2016, ECLI:SK:KSZA:2016:5113210418.2</w:t>
      </w:r>
    </w:p>
    <w:p>
      <w:r>
        <w:t>Súd: Krajský súd Žilina</w:t>
      </w:r>
    </w:p>
    <w:p>
      <w:r>
        <w:t>Spisová značka: 13CoZm/15/2016</w:t>
      </w:r>
    </w:p>
    <w:p>
      <w:r>
        <w:t>ECLI: ECLI:SK:KSZA:2016:5113210418.2</w:t>
      </w:r>
    </w:p>
    <w:p>
      <w:r>
        <w:t>Dátum vydania: 18. 10. 2016</w:t>
      </w:r>
    </w:p>
    <w:p>
      <w:r>
        <w:t>Forma: Rozsudok</w:t>
      </w:r>
    </w:p>
    <w:p>
      <w:r>
        <w:t>Oblasť práva: Obchodné právo</w:t>
      </w:r>
    </w:p>
    <w:p>
      <w:pPr>
        <w:pStyle w:val="Heading2"/>
      </w:pPr>
      <w:r>
        <w:t>Text rozhodnutia</w:t>
      </w:r>
    </w:p>
    <w:p>
      <w:r>
        <w:t>Súd: Krajský súd Žilina Spisová značka: 13CoZm/15/2016 Identifikačné číslo súdneho spisu: 5113210418 Dátum vydania rozhodnutia: 19. 10. 2016 Meno a priezvisko sudcu, VSÚ: JUDr. Mária Dubcová ECLI: ECLI:SK:KSZA:2016:5113210418.2 ROZSUDOK V MENE SLOVENSKEJ REPUBLIKY Krajský súd v Žiline ako súd odvolací v senáte zloženom z predsedníčky senátu JUDr. Márie Dubcovej a členov senátu Mgr. Zuzany Štolcovej a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žalovanému: O. W., nar. XX.XX.XXXX, bytom T. XXX/XX, XXX XX R., štátna občianka SR, zastúpenej zástupcom Advokátska kancelária JUDr. Peter Rybár, s.r.o., so sídlom Kuzmányho 29, 040 01 Košice, IČO: 47 234 466, v konaní o zaplatenie zmenkovej pohľadávky 753,27 Eur a ostatných postihových práv s príslušenstvom, o odvolaní žalobcu proti rozsudku Okresného súdu Žilina č.k. 11CbZm 32/2013-120 zo dňa 29.01.2016, takto r o z h o d o l : Rozsudok Okresného súdu Žilina č.k. 11CbZm 32/2013-120 zo dňa 29.01.2016 p o t v r d z u j e . Žalovaný m á n á r o k na plnú náhradu trov tohto odvolacieho konania. o d ô v o d n e n i e : 1. Napadnutým rozsudkom okresný súd žalobu v celom rozsahu zamietol. Žalovanému náhradu trov konania nepriznal. V odôvodnení okresný súd poukázal na to, že návrhom na uplatnenie pohľadávky podanom podľa čl. 4 ods. 1 Nariadenia Európskeho parlamentu a Rady (ES) č. 861/2007, ktorým sa ustanovuje Európske konanie vo veciach s nízkou hodnotou sporu (ďalej len „Nariadenie"), sa žalobca domáhal rozhodnutia súdu, ktorým by súd zaviazal žalovaného na zaplatenie zmenkovej sumy 753,27 Eur s príslušenstvom, zmenkovej odmeny vo výške 2,54 Eur a náhrady trov konania. Spolu s návrhom predložil žalobca originál zmenky, z ktorej vyplýva, že vystaviteľom zmenky je žalovaný O. W., remitentom je spoločnosť POHOTOVOSŤ, s.r.o., Pribinova 25, 811 09 Bratislava, IČO: 35 807 598. Zmenka bola splatná v sídle spoločnosti POHOTOVOSŤ, s.r.o. a bola vystavená na sumu 763,27 Eur. Zmenka bola indosovaná nedatovaným indosamentom na rad indosatára CD Consulting s.r.o., IČO: 264 29 705, K červenému dvoru 3269/25a, 130 00 Praha, Česká republika. V ľavom dolnom rohu na líci zmenky sa uvádza informačná doložka: „číslo zmluvy: 5740537". Okresný súd poukázal na dispozitívny úkon žalobcu, ktorým žalobca vzal žalobu späť v časti o zaplatenie zmenkového úroku vo výške 0,19% denne počítaného zo sumy 763,27 Eur od 01.09.2010 do 18.07.2011 a zo sumy 753,27 Eur od 19.07.2011 a konanie pri aplikácii zákonného ust. § 96 ods. 1 O.s.p. v tejto časti zastavil uznesením Okresného súdu Žilina č.k. 11CbZm 32/2013-106 zo dňa 30.12.2015. Žalobca podal návrh na vzorovom tlačive „A" Návrhu na uplatnenie pohľadávky podľa článku 4 ods. 1 Nariadenia 861/2007/ES, ktorým sa ustanovuje Európske konanie vo veciach s nízkou hodnotou sporu. Ako písomné dôkazy na podporu svojej pohľadávky žalobca uviedol a predložil originál zmenky, výpis z obchodného registra žalobcu a plnomocenstvo pre právneho zástupcu, vrátane osvedčenia na registráciu na daň z pridanej hodnoty. Súčasne žalobca uviedol, že nechce, aby sa nariadilo pojednávanie. 2. Okresný súd poukázal na to, že dňa 30.09.2013 v zmysle článku 5 ods. 2 Nariadenia č. 861/2007/ ES doručoval žalovanému kópiu tlačiva (návrhu) na uplatnenie pohľadávky spolu s vyplneným „C" Tlačivom na odpoveď. Žalovaný zásielku prevzal dňa 03.10.2013. Žalovaný do 30 dní na doručené podania nereagoval. Keďže predmetné konanie sa viedlo v Slovenskej republike podľa čl. 19 Nariadenia č. 861/2007/ES, sa toto konanie spravovalo Občianskym súdnym poriadkom. 3. Žalovaný v následne doručenom písomnom vyjadrení k žalobe zo dňa 11.8.2014 poprel dôvodnosť uplatňovaného nároku žalobcom. Namietal, že v prejednávanej veci je vzťah založený zmluvou o úvere ako spotrebiteľským vzťahom podľa zákona č. 40/1964 Zb. s poukazom na ust. § 52 ods. 3, 4 Občianskeho zákonníka. Podľa tvrdení žalovaného v prejednávanej veci išlo o vopred predformulovanú zmluvu predloženú a podpísanú s jediným cieľom, subsumovať právny vzťah účastníkov pod režim Obchodného zákonníka a vyňať tak spotrebiteľa spod ochrany noriem občianskeho práva. Daný zmluvný vzťah vykazuje všetky znaky spotrebiteľského vzťahu, a preto nemôže byť spod ochrany spotrebiteľského práva za účelom zachovania zákonnosti vyňatý. S poukazom na ust. § 52, § 53 a § 54 Občianskeho zákonníka žalovaný mal za to, že zmluva o úvere, na základe ktorej bola vystavená indosovaná zmenka, je zmluvou spotrebiteľskou. Túto zmluvu je nevyhnutné hodnotiť ako nevyváženú, jednostrannú, na ktorej základe bola vystavená na zabezpečenie úveru blankozmenka bez toho, že by boli písomne dohodnuté podmienky vyplnenia tejto blankozmenky a zmenka bola opatrená doložkou iba „na rad". Žalovaný poukázal na praktiky spoločnosti POHOTOVOSŤ, s.r.o. v súvislosti s hromadným prevodom zabezpečovacích zmeniek na žalobcu, vrátane žalovanej zmenky, ktoré označil za nemravné. Žalovaný uviedol, že zmluva o spotrebiteľskom úvere, ku ktorej sa sporná zmenka viaže, obsahuje väčšie množstvo ustanovení, ktoré možno kvalifikovať ako neprijateľné zmluvné podmienky a ustanovení, ktoré sú v rozpore so zákonom a dobrými mravmi. Za najrozpornejšie ustanovenie označil odplatu za poskytnutý úver, ktorá dosiahla úroveň 96%, čo niekoľkonásobne prevyšuje odplatu obvykle požadovanú na finančnom trhu za spotrebiteľské úvery v obdobných prípadoch, čo bolo v priamom rozpore s ust. § 53 ods. 6 Občianskeho zákonníka. Žalovaný súčasne poukázal na rozhodovaciu prax súdov v Slovenskej republike v obdobných veciach. Mal za to, že pre absenciu podstatných obligatórnych náležitostí v zmluve a rozpor s dobrými mravmi v ustanovení výšky odplaty v zmluve o úvere, nárok žalobcu vznikol len na vrátenie ním poskytnutej istiny, t.j. pôžičky bez úrokov a poplatkov. Zmenka, ktorá má zabezpečovať pohľadávku z tejto zmluvy o úvere, nemôže byť vystavená na sumu s úrokmi a poplatkami presahujúcimi samotnú istinu úveru. Blankozmenka je len zabezpečovacím vedľajším vzťahom, k vzťahu hlavnému, ktorým je samotná zmluva o úvere a tieto vzťahy sú na sebe naviazané a nie je možné ich oddeľovať a pristupovať k nim celkom separátne. Žalovaný uviedol, že v predmetnom prípade bola celá istina úveru žalovaným v plnej výške splatená. Ak v dohode o vyplnení zmenky dohodol dodávateľ so spotrebiteľom, že spotrebiteľ podpíše v prospech dodávateľa zmenku v súvislosti s uzavretím zmluvy o spotrebiteľskom úvere, musí ísť o zmenku nie na rad, t.j. o zmenku, u ktorej bude vylúčená jej prevoditeľnosť rubopisom, pretože len u takejto zmenky môže zmenkový dlžník vznášať námietky, týkajúce sa jeho vzťahu s predchádzajúcim majiteľom zmenky i proti jeho ďalšiemu nadobúdateľovi, keď zmenky nadobudol derivatívne, čiže jedná sa o obdobu § 529 Občianskeho zákonníka. Žalovaný poukázal na ust. § 4 zákona č. 258/2001 Z.z. o spotrebiteľských úveroch, podľa ktorého ustanovenia veriteľ smie prijať od dlžníka zmenku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Toto ustanovenie platí aj v prípade zmeny majiteľa zmenky alebo postúpenia práv zo zmenky. Žalovaný namietol, že žalobca uplatňuje svoj nárok zo zmenky, ktorá bola vystavená v rozpore s ust. § 4 ods. 6 zákona č. 258/2001 Z.z.. 4. Žalobca v písomnom stanovisku k vyjadreniu žalovaného zo dňa 04.11.2014 zdôraznil povahu zmenky ako listinného cenného papiera, ktorý inkorporuje v listine ako takej právo žalobcu. Žalobca má za to, že predložil platnú zmenku, ktorá spĺňa všetky formálne a materiálne náležitosti predpokladané zákonom zmenkovým a šekovým, a teda preukázal existenciu svojho práva na úhradu zmenkovej sumy a jej príslušenstva. Poukázal na to, že žalovaný ako dlžník, aj keď v pozícii spotrebiteľa nepreukázal, že nový majiteľ zmenky konal pri jej nadobúdaní vedome na jeho škodu dlžníka. Skutočnosť, že zmenková suma bola vyplnená do zmenky vo výške presahujúcej maximálnu zmenkovú sumu upravenú v § 4 ods. 6 zákona č. 258/2001 Z.z., v dôsledku čoho by bola vyplnená v rozpore so zákonom, mohla mať za následok len vznik práva na náhradu škody, avšak nespôsobuje absolútnu neplatnosť zmenky. Žalobca zdôrazňoval abstraktnosť zmenkových záväzkov, a preto súd je oprávnený skúmať len to, či zmenka obsahuje všetky náležitosti, ktoré sa musia pre jej platnosť zo zákona povinne do nej uviesť, nie však podmienky jej vystavenia, ani jej prípustnosti. 5. Okresný súd v súvislosti so svojim postupom poukázal na to, že nariadil ústne pojednávanie podľa čl. 5 ods. 1 v spojení s čl. 7 ods. 1 písm. c) Nariadenia č. 861/2007/ES na deň 29.01.2016, na ktorý boli predvolaní účastníci, ktorí sa nedostavili. 6. Okresný súd vzhľadom na povahu uplatneného nároku a obranu žalovaného voči žalovanej pohľadávke formulovanú v písomnom vyjadrení k žalobe, s poukazom na obsah spoločného Stanoviska občiansko-právneho a obchodno-právneho kolégia Najvyššieho súdu Slovenskej republiky zo dňa 20.10.2015 zabezpečil prieskum nároku uplatneného žalobcom v intenciách možnej absolútnej neplatnosti úkonu, v ktorom má žalovaný nárok svoj základ, a to v situácii, ak žalobca ako dôkaz osvedčenia uplatneného nároku predložil súdu zmenku. V spoločnom Stanovisku zo dňa 20.10.2015 sa uvádza, že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V spoločnom stanovisku sa okrem iného konštatuje, že špecifiká súdneho konania podľa judikatúry Súdneho dvora EÚ, ktoré prebieha v rámci vnútroštátneho práva medzi predajcom alebo dodávateľom a spotrebiteľom, nemôžu predstavovať skutočnosť spôsobilú ovplyvniť právnu ochranu, ktorá podľa ustanovení Smernice č. 93/13/EHS spotrebiteľovi musí byť poskytnutá, čo potvrdzuje aj čl. 14 Smernice 87/102/EHS. Teda aj skutočnosť, že na prebiehajúce konanie sa aplikuje Nariadenie s priamym účinkom, je súd povinný rešpektovať právo na spravodlivý proces a podrobiť uplatnený nárok preskúmaniu tak, aby spotrebiteľovi bola zabezpečená ochrana jeho spotrebiteľských práv. 7. Okresný súd po vykonanom dokazovaní, na nariadenom pojednávaní pripojením exekučného spisu Okresného súdu Žilina sp. zn. 18Er/2252/2011, oboznámením sa so zmluvou o úvere a za aplikácie ustanovení čl. I. § 48 ods. 1, čl. I. § 75, čl. I. § 11 ods. 1, § 17 ods. 1 zákona č. 191/1950 Zb. zákon zmenkový a šekový (ďalej len „zákon č. 191/1950 Zb.") v spojení s ust. § 52 ods. 1, 2, 3, 4, § 53 ods. 1, 2, 3, 5, § 54 ods. 1, 2, § 39 Občianskeho zákonníka, ako aj rozhodných ustanovení zákona č. 258/2001 Z.z. o spotrebiteľských úveroch dospel k záveru, že žalobe žalobcu nebolo možné vyhovieť. 8. Okresný súd poukázal na to, že uznesením Okresného súdu Žilina č.k. 18Er/2252/2011-32 zo dňa 05.08.2011 bola žiadosť súdneho exekútora zamietnutá s odôvodnením, že výkon práv oprávneného podľa rozhodcovskej doložky, ktorá je súčasťou obsahu všeobecných podmienok poskytnutia úveru, ktoré tvorili súčasť formulárovej úverovej zmluvy, uzatvorenej medzi oprávneným a povinným dňa 27.05.2009, je nezlučiteľný s dobrými mravmi a normami na ochranu spotrebiteľa, preto považoval za dôvodné aplikovať ust. § 45 zákona o rozhodcovskom konaní č. 244/2002 Z.z., čím bolo dosiahnuté, že subjekt povinný ako spotrebiteľ nebude viazaný neprijateľnými zmluvnými podmienkami v spotrebiteľskej zmluve. V exekučnom konaní exekučný súd dospel k názoru, že dojednanie rozhodcovskej doložky v predmetnej spotrebiteľskej zmluve bolo neprimeranou podmienkou, ktorá bránila tomu, aby na základe nej bol vydaný rozhodcovský rozsudok, ktorý by mohol byť exekučným titulom. 9. Z obsahu zmluvy o úvere, ktorá tvorila súčasť exekučného spisu na č.l. 13 vyplýva, že predmetnú zmluvu uzatvoril veriteľ POHOTOVOSŤ, s.r.o. so žalovaným ako dlžníkom dňa 27.05.2009 pod č. zmluvy 5740537. Predmetnou zmluvou sa veriteľ zaviazal poskytnúť dlžníkovi úver vo výške 500 Eur za dohodnutý poplatok vo výške 484 Eur, ktoré sumy sa žalovaný zaviazal splatiť veriteľovi v 12-tich mesačných splátkach po 82 Eur. Dlžník zároveň prehlásil, že finančné prostriedky sú poskytnuté na výkon povolania. Z čl. 17 všeobecných podmienok poskytnutia úveru, ktoré tvoria neoddeliteľnú súčasť zmluvy, vyplynulo, že medzi účastníkmi bola uzatvorená dohoda o vyplnení zmenky na zabezpečenie peňažného záväzku dlžníka ako vystaviteľa zmenky vyplývajúceho z tejto úverovej zmluvy voči veriteľovi ako remitentovi, v ktorej neboli vyplnené zmenková suma a dátum začiatku úročenia zmenkovej sumy. Zmluvné strany sa dohodli, že zmenkovú sumu vyplní na zmenke remitent najneskôr v deň, kedy sa v zmysle bodu 4 všeobecných podmienok poskytnutia úveru stane celý dlh splatný okamžite, t.j. keď dlžník neuhradí včas 4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10. Okresný súd uviedol vzhľadom k oboznámeniu sa s exekučným spisom a zmluvou o úvere, že medzi účastníkmi zmluvy vznikla spotrebiteľská zmluva podľa ust. § 52 a nasl. ustanovenia Občianskeho zákonníka, a to ako osobitný druh zmluvy, pri ktorej na jednej strane vystupuje v silnejšej pozícii dodávateľ ako osoba, ktorá koná v rámci predmetu svojej podnikateľskej činnosti, a to POHOTOVOSŤ, s.r.o., ktorej predmetom činnosti podľa výpisu z obchodného registra okrem iného bolo aj poskytovanie úverov nebankovým spôsobom a na druhej strane je spotrebiteľ fyzická osoba, ktorá pri uzatváraní zmluvy a jej plnení nekoná v rámci predmetu svojej podnikateľskej činnosti. V posudzovanom prípade žalovaný podpísal zmluvu o úvere spolu so zmenkou bez možnosti akýmkoľvek spôsobom ovplyvniť ich obsah. Vzhľadom k takému nerovnému postaveniu neprimerané podmienky tzv. zneužívajúce klauzuly neboli pre spotrebiteľa záväzné. Zmluva, ktorou bol žalovanému poskytnutý úver vo výške 500 Eur, obsahovala poplatok za uzavretie zmluvy vo výške 484 Eur, ktorého bližšia špecifikácia bola obsahom všeobecných podmienok poskytnutia úveru. Úverovou zmluvou sa žalovaný ako dlžník zaviazal vrátiť veriteľovi celkovo sumu 984 Eur v dvanástich mesačných splátkach po 82 Eur. Z obsahu predmetnej úverovej zmluvy vrátane všeobecných podmienok podľa názoru okresného súdu bola zrejmá nerovnováha medzi právami a povinnosťami zmluvných strán, najmä v časti zabezpečovacích prostriedkov, a to dojednanej zmluvnej pokuty, blankozmenky a pod., ktoré boli koncipované výlučne v prospech veriteľa bez toho, aby sa dlžník mohol voči uplatneným nárokom efektívne brániť. V úverovej zmluve absentoval údaj o ročnej percentuálnej miere nákladov, ktorý nedostatok zmluvy zákon spája s následkom vymedzeným v ust. § 4 ods. 2 zákona č. 258/2001 Z.z., v zmysle ktorého ustanovenia sa poskytnutý úver považuje za bezúročný a bez poplatkov. 11. Okresný súd po oboznámení sa so zmluvou o úvere zistil, že táto obsahovala predtlačené označenie veriteľa a predtlačený text o dlžníkovi, do ktorého bolo rukou dopísané „meno dlžníka", „priezvisko dlžníka", „trvalé bydlisko dlžníka", „rodné číslo dlžníka", „číslo občianskeho preukazu", „č. účtu", „VS", „č. zmluvy", „č. Žiadosti o úver", „ID klienta". Zmluva obsahovala predtlačený text o tom, že „veriteľ sa zaväzuje poskytnúť dlžníkovi úver v sume", následne nasleduje priestor na dopísanie sumy úveru a pokračuje textom „a dlžník sa zaväzuje zaplatiť veriteľovi túto sumu zvýšenú o príslušný poplatok vo výške", nasleduje miesto na vyplnenie výšky poplatku a pokračuje text „t.j. celkovo zaplatí čiastku", opäť nasleduje miesto pre vyplnenie sumy a nasleduje predtlačený text „v mesačných splátkach po", kde je priestor na určenie počtu mesačných splátok a sumy mesačných splátok a pokračuje text „počnúc dňom na účet veriteľa špecifikovaný vo Všeobecných podmienkach poskytnutia úveru", v rámci ktorého je priestor na doplnenie dátumu. Ďalej zmluva obsahuje predtlačený text o tom, že „dolu podpísaný dlžník vyhlasuje, že sa oboznámil a súhlasí s obsahom tejto zmluvy o úvere, ako aj s obsahom plnomocenstiev v nej uvedených a súhlasí so Všeobecnými podmienkami poskytnutia úveru (ďalej len „VZP"),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Rubovú stranu zmluvy tvorili Všeobecné podmienky poskytnutia úveru, keď článok 17 obsahoval Dohodu o vyplnení zmenky tak, že na zabezpečenie peňažného záväzku dlžníka ako vystaviteľa zmenky vyplývajúceho z tejto úverovej zmluvy voči veriteľovi ako remitentovi vystavil vystaviteľ zmenku, v ktorej nie sú vyplnené zmenková suma a dátum začiatku úročenia zmenkovej sumy. Ručiteľ je z takto vyplnenej zmenky zaviazaný ako zmenkový ručiteľ. Zmluvné strany a ručiteľ sa dohodli, že zmenkovú sumu vyplní na zmenke remitent najskôr v deň, kedy sa v zmysle bodu 4 týchto podmienok stane celý dlh splatný okamžite, t.j. keď dlžník neuhradí včas 4 po sebe idúce splátky, prípade uhradí len časti splátok, alebo neuhradí včas poslednú splátku alebo časť poslednej splátky. 12. Okresný súd v ďalšom poukázal na to, že zmluva obsahovala viaceré sankcie za porušenie povinností dlžníka v rôznych výškach, napr. zmluvná pokuta 312 Eur v čl. 6 VZP, 10 Eur a 20 Eur v čl. 4 VZP, 331 Eur a 33 Eur v čl. 7 VZP a pod.. Vzhľadom na nerovnosť podmienok účastníkov zmluvy bolo možné túto vyhodnotiť ako rozpornú s dobrými mravmi a so zásadami poctivého obchodného styku. V dohode o vyplnení biankozmenky sa zmluvné strany dohodli, že dlžník vystaví zmenku, v ktorej nie sú vyplnené zmenková suma a dátum začiatku úročenia zmenkovej sumy, ktorú vyplní veriteľ, a ktorá bude pozostávať zo všetkých peňažných nárokov veriteľa voči dlžníkovi, ktoré veriteľovi vzniknú ku dňu vyplnenia zmenky. Takto formulovaná dohoda predstavovala pre spotrebiteľa dohodu vykazujúcu znaky neurčitosti a nezrozumiteľnosti, keďže spotrebiteľovi vzhľadom na množstvo dojednaných zmluvných pokút a ich rozdielnu výšku nebolo neurčité, v akej výške budú tieto uplatnené veriteľom a do akej miery sa premietnu do zmenkovej sumy. Takáto dohoda opäť neprimerane zhoršovala postavenie spotrebiteľa a bola v priamom rozpore so zákonom č. 258/2001 Z.z. o spotrebiteľských úveroch, ktorý výslovne limituje možnosť zabezpečenia spotrebiteľského úveru zmenkou s vyplnenou zmenkovou sumou, a to do výšky nesplatenej istiny a príslušenstva maximálne do výšky 30% pôvodnej istiny. 13. Okresný súd poukázal na to, že veriteľ POHOTOVOSŤ, s.r.o. mohol podľa v tom čase platnej právnej úpravy v prípade platnosti spotrebiteľskej zmluvy vyplniť zmenku maximálne do výšky vyplývajúcej z ust. § 4 ods. 6 zákona č. 258/2001 Z.z. a v prípade, ak zmenka nerešpektovala zákonné obmedzenie vyplývajúce z tohto ustanovenia, veriteľ nebol oprávnený vyplnenú zmenku prijať a ako zmenku vyplnenú v rozpore so zákonom ďalej postupovať. Pokiaľ veriteľ poskytol dlžníkovi úver vo výške 500 Eur, ktorý sa dlžník zaviazal spolu s poplatkom vo výške 484 Eur, teda spolu vo výške 984 Eur žalobcovi vrátiť, vyplnenie zmenkovej sumy vo výške 763,27 Eur bolo v rozpore s ust. § 4 ods. 6 zákona č. 258/2001 Z.z.. Ustanovenie § 4 ods. 6 zákona č. 258/2001 Z.z. podľa záveru okresného súdu platí aj v prípade zmeny majiteľa zmenky alebo postúpenia práv zo zmenky, pretože podľa odseku 7 veriteľ zodpovedá za škodu vzniknutú spotrebiteľovi porušením odseku 6 veriteľom. Z obsahu zmenky vyplýva, že veriteľ a prvý majiteľ zmenky indosoval zmenku na žalobcu po tom, čo okresný súd zastavil exekučné konanie, teda žalobca indosoval splatnú zmenku, pričom sa jedná o vlastnú zmenku zročnú na videnie. Z obsahu žaloby vyplynulo, že splatnosť zmenky nastala dňa 26.10.2010, pričom zmenka bola indosovaná po uplynutí lehoty na protest podľa § 44 a § 21 zákona č. 191/1950 Zb., preto má indosament iba účinky obyčajného postúpenia aj voči žalobcovi, a teda žalovaný mohol uplatniť všetky námietky ako proti prvému majiteľovi. Žiadosť o udelenie poverenia na vykonanie exekúcie bola doručená okresnému súdu dňa 03.05.2011 spolu so zmenkou, na ktorej chýbal indosament, pričom zmenka podľa obsahu žaloby v predmetnej veci sa stala splatnou dňa 26.10.2010, a teda k indosácii zmenky došlo po uplynutí zákonných lehôt na protest. V tomto prípade platila vyvrátiteľná domnienka podľa ust. § 20 ods. 2 zákona č. 191/1950 Zb., pretože bolo preukázané, že indosament, ktorý je nedatovaný, bol na zmenku napísaný po uplynutí lehoty na protest. V dôsledku uvedeného mal žalovaný podľa ust. § 17 zákona č. 191/1950 Zb. možnosť proti žalobcovi namietať aj námietky, ktoré by bolo možné namietať voči prvému majiteľovi zmenky. 14. Okresný súd uviedol, že pri rozhodovaní o uplatnenom nároku ako rozhodné právo aplikoval právo Slovenskej republiky, keďže pôvodným majiteľom zmenky bola spoločnosť POHOTOVOSŤ, s.r.o., Bratislava ako slovenská právnická osoba a prípadná voľba iného právneho poriadku súdu tvrdená, ani preukázaná nebola. Okresný súd v ďalšom poukázal na skutočnosť, že pre posúdenie charakteru hlavného záväzkového vzťahu bol rozhodujúci právny poriadok platný a účinný v čase vzniku tohto záväzkového vzťahu, teda ku dňu uzatvorenia Zmluvy o úvere zo dňa 27.05.2009, vrátane charakteru a dovolenosti zmenky. 15. V súdnom konaní za nespornú považoval okresný súd skutočnosť, že dňa 27.05.2009 žalovaný ako dlžník a spoločnosť POHOTOVOSŤ, s.r.o., Bratislava ako veriteľ uzatvorili v písomnej forme Zmluvu o úvere č. 5740537, predmetom ktorej bolo poskytnutie úveru v sume 500 Eur. Za nespornú ďalej považoval okresný súd aj skutočnosť, že v deň podpisu Zmluvy o úvere bola vystavená zmenka, v ktorej s poukazom na článok 17 Všeobecných podmienok poskytnutia úveru nebola vyplnená zmenková suma a dátum úročenia. Rovnako za nespornú okresný súd považoval aj skutočnosť, že zmenka, od ktorej si žalobca uplatňuje nárok v tomto súdnom konaní, má povahu zabezpečovacej zmenky, tak ako to bolo priamo konštatované v článku 17 Všeobecných podmienok poskytnutia úveru. 16. Podľa vykonaných dôkazov ďalej vyplynulo, že Zmluva o úvere č. 5740537 zo dňa 27.05.2009 bola uzavretá na strane dlžníka žalovaným ako občanom - fyzickou osobou a na strane veriteľa spoločnosť POHOTOVOSŤ, s.r.o., Bratislava. Zmluva bola uzatváraná na formulári veriteľa, teda mala predtlačený text, a to vrátane označenia veriteľa ako zmluvnej strany a do zmluvy sa dopisovali len údaje, ktoré vzhľadom na charakter nemohli byť vopred dané, a to osobné údaje dlžníka, výška poskytnutého úveru, výška poplatku, spôsob splatnosti. Okresný súd zdôraznil tú skutočnosť, že do zmluvy sa dopisovala len suma úveru, suma poplatku, počet a výška splátok a počínajúci deň splatnosti, keď priamo v predtlačenej forme formulára danej zmluvy bol obsiahnutý aj text o tom, že dlžník sa zaväzuje zaplatiť veriteľovi sumu úveru zvýšenú o príslušný poplatok. Rubovú stranu zmluvy mali tvoriť predtlačené Všeobecné podmienky poskytnutia úveru, vrátane predtlačeného článku 17 o Dohode o vyplnení zmenky a predtlačeného článku 20 o tom, že zmluvné strany sa dohodli podľa ust. § 262 ods. 1 Obchodného zákonníka, že všetky ich právne vzťahy sa budú spravovať Obchodným zákonníkom. 17. S poukazom na § 52 ods. 1 Občianskeho zákonníka v znení účinnom ku dňu uzatvorenia konštatovanej zmluvy o úvere, teda v znení účinnom do 27.05.2009, každá zmluva bez ohľadu na právnu formu, ktorú uzatvára dodávateľ so spotrebiteľom, je spotrebiteľskou zmluvou, keď dodávateľ je osoba, ktorá pri uzatváraní a plnení spotrebiteľskej zmluvy koná v rámci predmetu svojej obchodnej alebo inej podnikateľskej činnosti (§ 52 ods. 3 Občianskeho zákonníka) a spotrebiteľ je fyzická osoba, ktorá pri uzatváraní a plnení spotrebiteľskej zmluvy nekoná v rámci predmetu svojej obchodnej činnosti, alebo inej podnikateľskej činnosti (§ 52 ods. 4 Občianskeho zákonníka). Súčasne sa vyžadovalo, aby spotrebiteľské zmluvy neobsahovali ustanovenia, ktoré spôsobujú značnú nerovnováhu v právach a povinnostiach zmluvných strán v neprospech spotrebiteľa, teda tzv. neprijateľné podmienky (§ 53 ods. 1 Občianskeho zákonníka) s tým, že zmluvné podmienky upravené spotrebiteľskou zmluvou sa nemôžu odchýliť od Občianskeho zákonníka v neprospech spotrebiteľa, spotrebiteľ sa najmä nemôže vopred vzdať svojich práv, ktoré mu Občiansky zákonník priznáva, alebo si inak zhoršiť svoje zmluvné povinnosti (§ 54 ods. 1 Občianskeho zákonníka), pričom v pochybnostiach o obsahu spotrebiteľských zmlúv platí výklad, ktorý je pre spotrebiteľa priaznivejší (§ 54 ods. 2 Občianskeho zákonníka). Súčasne, keďže spotrebiteľské zmluvy nesmeli obsahovať ustanovenia spôsobujúce značnú nerovnováhu v právach a povinnostiach zmluvných strán v neprospech spotrebiteľa, teda tzv. neprijateľné podmienky (§ 53 ods. 1 Občianskeho zákonníka), zákon definoval, najmä ktoré ustanovenia uvedené v spotrebiteľskej zmluve sa považujú za neprijateľné podmienky (§ 53 ods. 4 Občianskeho zákonníka) s tým, že neprijateľné podmienky upravené v spotrebiteľských zmluvách sú neplatné (§ 53 ods. 5 Občianskeho zákonníka). 18. Okresný súd potom dospel k záveru, že žalovaný pri uzatváraní hlavného záväzkového vzťahu, a to Zmluvy o úvere č. 5740537 zo dňa 27.05.2009 nekonal v rámci predmetu svojej obchodnej alebo inej podnikateľskej činnosti, keď aj v zmluve bol označený ako občan - fyzická osoba, teda spĺňal definíciu spotrebiteľa a na strane druhej veriteľ, teda spoločnosť POHOTOVOSŤ, s.r.o. Bratislava, pri uzatváraní tejto zmluvy konala v rámci predmetu svojej podnikateľskej činnosti, keďže podľa predmetu podnikania okrem iného poskytovala aj úvery z vlastných zdrojov, a tým okresný súd považoval za preukázané, že veriteľ, a to spoločnosť POHOTOVOSŤ, s.r.o., Bratislava, spĺňala definíciu dodávateľa. Pokiaľ zmluva medzi veriteľom a žalovaným bola uzatvorená na formulári veriteľa, vrátane všeobecných zmluvných podmienok a bolo možné v tejto zmluve doplniť, resp. zmeniť len osobné údaje žalovaného ako dlžníka a výšku úveru, považoval okresný súd za preukázané, že veriteľ takéto zmluvy uzatváral s viacerými osobami, a teda bolo obvyklé, že ktorákoľvek druhá strana ako spotrebiteľ obsah tejto zmluvy podstatným spôsobom ovplyvniť nemohla, na základe čoho okresný súd dospel k záveru, že Zmluva o úvere č. 5740537 zo dňa 27.05.2009 uzavretá medzi veriteľom a žalovaným bola spotrebiteľskou zmluvou. Keďže predmetom zmluvy bolo dočasné poskytnutie peňažných prostriedkov veriteľom žalovanému, išlo o spotrebiteľský úver, a teda o zmluvu o spotrebiteľskom úvere (§ 2 písm. a), b) zákona č. 258/2001 Z.z. v znení účinnom do 31.12.2010). V súvislosti s poskytnutím spotrebiteľského úveru sa potom zakazovalo splniť dlh zmenkou a veriteľ smel prijať od dlžníka zmenku na zabezpečenie svojho nároku zo spotrebiteľského úveru, len ak išlo o zabezpečovaciu zmenku a zmenková suma v čase vyplnenia bola maximálne vo výške aktuálnej výšky nesplateného spotrebiteľského úveru a príslušenstva vo výške maximálne 30 % istiny poskytnutého spotrebiteľského úveru, keď príslušenstvo sa zo zákona rozumelo vrátane zmluvných pokút a iných nárokov veriteľa zo zmluvy o spotrebiteľskom úvere (§ 4 ods. 6 zákona č. 258/2001 Z.z.). Hoci teda na zabezpečenie spotrebiteľského úveru mohla byť vystavená zabezpečovacia zmenka, táto mohla byť vyplnená len na zákonom ustanovenú maximálnu zmenkovú sumu. Okresný súd potom poukázal na skutočnosť, že ust. § 4 ods. 6 zákona č. 258/2001 Z.z. príslušenstvo v rámci zmenkovej sumy odvodzuje od istiny poskytnutého spotrebiteľského úveru, na základe čoho dospel okresný súd k záveru, že za istinu spotrebiteľského úveru nebolo možné považovať aj poplatok za poskytnutie úveru, ale len sumu samotného úveru, na základe čoho zmenková suma mohla byť maximálne o 30 % vyššia než bola suma poskytnutého úveru. 19. Okresný súd dospel k záveru, že nebolo sporné, že vystavená zmenka bola zmenkou zabezpečovacou, teda veriteľ mohol prijať od žalovaného ako dlžníka zmenku na zabezpečenie svojho nároku zo zmluvy o úvere potom, keďže výška úveru bola 500 Eur, aj za predpokladu, že by žalovaný nesplatil ani len časť úveru, príslušenstvo v rámci zmenkovej sumy mohlo byť maximálne vo výške 150 Eur, teda 30 % istiny poskytnutého úveru, a teda maximálna zmenková suma pozostávajúca zo spotrebiteľského úveru a príslušenstva mohla byť maximálne v sume 650 Eur. V danom prípade zmenková suma v čase vyplnenia bola 763,27 Eur, a teda bez ohľadu na to, či došlo aspoň k čiastočnému splateniu úveru, presahovala maximálnu zmenkovú sumu upravenú ust. § 4 ods. 6 zákona č. 258/2001 Z.z.. Ak zmenka mohla byť vyplnená na zmenkovú sumu maximálne 650 Eur, tak ako to upravoval zákon, a bola vyplnená na zmenkovú sumu 763,27 Eur, bola vyplnená v rozpore so zákonom. Okresný súd poukázal na ust. § 4 ods. 6 zákona č. 258/2001 Z.z., ktoré ustanovenie platí aj v prípade zmeny majiteľa zmenky alebo postúpenia práv zo zmenky. Za takých okolností bolo uplatňovanie nároku zo zmenky nadobúdateľom zmenky v rozpore so zákonom a súdnu ochranu veriteľovi nebolo možné poskytnúť postupom podľa § 3 ods. 1 Občianskeho zákonníka. Úverová zmluva bola koncipovaná v celku tak, že závažným spôsobom narušovala rovnováhu medzi právami a povinnosťami zmluvných strán najmä v časti zabezpečovacích prostriedkov a bola koncipovaná v prospech veriteľa bez toho, že by zabezpečovala minimálne právne prostriedky na ochranu dlžníka. Obsah celej zmluvy a jej účel, ktorý sa premietal do výšky jednotlivých sankcií, poplatkov, zmluvných pokút a podobne, vrátane dohody o vyplnení blankozmenky, sa priečil dobrým mravom a bol v rozpore so zásadami poctivého obchodného styku, z ktorých vyplýval zámer dosiahnuť na úkor spotrebiteľa neprimeraný zisk. Pre absenciu podstatných náležitostí úverovej zmluvy podľa ust. § 4 písm. g), i), j), k) zákona č. 258/2001 Z.z. sa poskytnutý úver považoval za bezúročný a bez poplatkov, a teda žalovanému vznikla povinnosť vrátiť iba istinu poskytnutého úveru, ktorá mala byť podľa tvrdení žalovaného splatená. Zmenka túto skutočnosť nezohľadňuje a umožňuje vymáhať zmenkový úrok vo výške 0,25 % denne, čo predstavuje 91,25 % ročne. Rovnako dohodu o vyplňovacom práve k zmenke nemožno považovať za podmienku individuálne dojednanú, ktorá vo svojom dôsledku spôsobuje značnú nerovnováhu v právach a povinnostiach účastníkov v neprospech spotrebiteľa, a preto okresný súd vyhodnotil uvedené dojedanie za neplatné podľa ust. § 53 ods. 5 Občianskeho zákonníka. Pokiaľ došlo k neplatnej dohode o vyplňovacom práve zmenky, právo na vyplnenie zmenky remitentovi nevzniklo. Pokiaľ došlo veriteľom k vyplneniu zmenky, a to napriek tomu, že právo na jej vyplnenie remitentovi nevzniklo a následne remitent postúpil práva zo zmenky na tretiu osobu, veriteľ svojim postupom zásadným spôsobom zhoršil právne postavenie žalovaného ako spotrebiteľa, a preto nebolo možné na základe takto vystavenej zmenky sa úspešne domáhať akýchkoľvek práv. Týmto však nebolo dotknuté právo veriteľa uplatňovať si svoje prípadné nároky voči dlžníkovi z iných právnych dôvodov. 20. O trovách konania okresný súd rozhodoval podľa § 142 ods. 1 O.s.p., v zmysle ktorého žalovanému vzniklo z titulu jeho plného úspechu právo na náhradu trov konania proti žalobcovi. Pretože žalovaný si v konaní žiadne trovy neuplatnil a vznik trov na jeho strane z obsahu spisového materiálu nevyplýval, okresný súd rozhodol tak, že žalovanému náhradu trov konania nepriznal. 21. Proti tomuto rozsudku v zákonnej lehote podal odvolanie žalobca prostredníctvom zástupcu. Ako odvolacie dôvody poukázal na ust. § 205 ods. 2 písm. a), b), f) O.s.p.. Primárne žalobca tvrdil, že postupom okresného súdu došlo k porušeniu práva Európskej únie, konkrétne k porušeniu čl. 4, 5 a 7 Nariadenia Európskeho parlamentu a Rady (ES) č. 861/2007 z 11. júla 2007 („Nariadenie"). V danej veci žalovaný nedoručil okresnému súdu žiadnu odpoveď v súlade s čl. 5 ods. 3 alebo 6 Nariadenia, preto okresný súd bol povinný postupovať podľa čl. 7 ods. 3 Nariadenia. Ak uvedeným spôsobom okresný súd nepostupoval, tak jeho rozhodnutie je prekvapivým rozhodnutím. Okresný súd ďalej uviedol, že vykonal dokazovanie oboznámením sa s úverovou zmluvou, exekučným spisom a ďalšími listinnými dôkazmi, avšak dokazovanie týmto smerom nenavrhla žiadna zo sporových strán. Žalobca predložil spolu s návrhom platnú zmenku podľa zákona č. 191/1950 Zb., a preto predpokladom pre vydanie rozsudku v tomto konaní bolo výlučne predloženie originálu zmenky. Žalovaný podľa čl. 5 ods. 3 a ods. 6 Nariadenia mohol vzniesť námietky voči zmenke, a pokiaľ tak neurobil, tak jeho ďalšie námietky musia byť odmietnuté, a to vzhľadom aj na koncentračnú zásadu konštruovanú Nariadením. Nemohol okresný súd v záveroch svojho rozhodnutia uviesť skutočnosti, ktoré považoval za nesporné, keďže údajné nesporné skutočnosti neboli tvrdením ani jedného z účastníkov konania. Ani žalobca, ani žalovaný sa k týmto skutočnostiam nikdy nevyjadrili, a preto nie je spôsob, ktorým by mohol okresný súd dospieť k nespornosti týchto skutočností. Žalobca poukázal aj na nesprávnu interpretáciu právnych predpisov, ku ktorej pristúpil okresný súd v napadnutom rozsudku a odkázal na rozhodnutie Krajského súdu v Banskej Bystrici sp. zn. 43CoZm/18/2013 zo dňa 28.11.2013. Žalobca zdôraznil charakter zmenky, ktorá je samostatným abstraktným záväzkom, neakcesorickej povahy, a preto ju nebolo možné spájať či podmieňovať inými okolnosťami, než sú na zmenke uvedené. Podľa názoru žalobcu okresný súd ignoroval ust. § 17 zákona č. 191/1950 Zb., pretože z tohto zákonného ustanovenia vyplýva, že žalovaný vo všeobecnosti nie je oprávnený vznášať tzv. kauzálne námietky voči majiteľovi zmenky, ktoré vyplývajú z jeho vzťahov s pôvodným majiteľom zmenky. Keďže tak v sporovom konaní nemôže činiť žalovaný, tým menej tak môže činiť sám súd. V tejto súvislosti žalobca poukázal na rozsudok Najvyššieho súdu SR sp. zn. 5Obo 3/2008 zo dňa 22. októbra 2008. Pokiaľ je prípustné za určitých okolností uplatňovať tzv. kauzálne námietky voči žalobcovi, tieto námietky však musia byť vznesené zo strany žalovaného a predovšetkým žalovaný v tejto situácii nesie dôkazné bremeno na preukázanie svojich tvrdení. Nie je prípustné, aby túto úlohu a iniciatívu na seba prevzal súd a suploval aktivitu žalovaného. Tieto námietky majú hmotno-právny charakter, a preto v záujme zachovania rovnosti strán, súd nie je oprávnený žalovaného na ne ani upozorňovať. K záveru okresného súdu, že dohodnutý zmenkový úrok vo výške 0,25 % denne je v rozpore s dobrými mravmi, a teda v tejto časti považuje súd zmenku za čiastočne neplatnú pre rozpor s dobrými mravmi, žalobca zdôraznil, že je potrebné uviesť, že zmenku vystavil žalovaný. Žalovaný túto dobrovoľne podpísal, pričom išlo o prejav jeho slobodnej vôle. Sadzba zmenkového úroku bola napísaná na zmenke a bola mu známa v čase vystavenia zmenky. V ďalšom žalobca poukázal na rozsudok Najvyššieho súdu SR sp. zn. 5Obo 3/2008 zo dňa 22. októbra 2008, rozsudok Najvyššieho súdu ČR zo dňa 22.8.2002, sp. zn. 25Cdo 1839/2000. V rámci predmetných rozhodnutí žalobca poukázal na závery, že zmenkový záväzok je úplne samostatný a oddelený od prípadného záväzku, ktorý bol pôvodom jeho vzniku. Ide o samostatný nárok, ktorý je nezávislý dokonca na existencii zabezpečenej pohľadávky (uznesenie Vrchného súdu v Prahe sp. zn. 5Cmo 14/97, publikované v časopise Soudní rozhledy 2/1999). Vzhľadom na úplnú samostatnosť, oddelenosť, nezávislosť zmenkového záväzku, nebolo možné hovoriť o tom, že zmenka je zmenkou podľa zákona o spotrebných úveroch a že tomuto zákonu odporuje. Zmenka uplatnená v tomto konaní má všetky zákonom predpísané náležitosti, a preto ide o platnú zmenku. Uplatnený nárok žalobcu preto je v celom rozsahu dôvodný. Vo vzťahu k možnosti dohody o vyplňovacom práve blankozmenky poukázal žalobca na ust. § 4 ods. 6 zákona č. 258/2001 Z.z., podľa ktorého je zrejmé, že zákonodarca pripúšťal, že zmenky budú vyplňované dodatočne po vystavení, pretože inak by použil spojenie „v čase vystavenia", resp. by vylúčil vyplňovanie zmeniek zo strany veriteľa. Dohoda o vyplňovacom práve nemohla byť neplatná a nemohla byť neprijateľnou zmluvnou podmienkou ani v prostredí spotrebiteľských úverov, pretože právna úprava explicitne pripúšťala používanie blankozmeniek. Takisto uznesenie Krajského súdu v Banskej Bystrici, sp. zn. 43CoZm/10/2013 zo dňa 21.11.2013, ktoré bolo vydané v skutkovo a právne zhodnej veci žalobcu, potvrdzuje tieto závery žalobcu. Rovnako aj uznesenie Krajského súdu v Košiciach sp. zn. 4CoZm/3/2014 zo dňa 13.06.2014, ktoré bolo vydané v skutkovo a právne zhodnej veci žalobcu, takisto potvrdzuje závery žalobcu, v ktorých rozhodnutiach sa kladie dôraz na ust. § 17 zákona č. 191/1950 Zb., a to zásadu abstraktnosti zmenkových záväzkov, čo znamená, že v prípade zmenky ide o záväzky celkom oddelené od všeobecných záväzkových vzťahov, ktoré viedli k jej vzniku, čo platí aj pre zmenky zabezpečovacie. Žalobca žiadal zmeniť rozsudok okresného súdu tak, že žalobe bude vyhovené s priznaním trov súdneho konania. 22. K doručenému odvolaniu žalobcu sa písomne vyjadril žalovaný prostredníctvom zástupcu v podaní zo dňa 18.4.2016. Mal za to, že rozhodnutie okresného súdu je vecne správne, a preto ho žiadal potvrdiť s priznaním trov súdneho konania. Nemožno súhlasiť s argumentáciou žalobcu v odvolaní, že by žalovaný zostal nečinný a nezaslal súdu odpoveď, pretože okresnému súdu bolo zaslané vyjadrenie žalovaného v podaní zo dňa 11.08.2014. Blankozmenka bola len zabezpečovacím vedľajším vzťahom, k vzťahu hlavnému, ktorým je samotná zmluva o úvere a tieto vzťahy sú na seba naviazané a nie je možné ich oddeľovať a pristupovať k ním celkom separátne. Neprijateľnosť zmenky už bola potvrdená viacerými rozhodnutiami súdov Slovenskej republiky, spomedzi ktorých rozhodnutí žalovaný poukázal na rozhodnutie Krajského súdu v Prešove z 31. mája 2011 sp. zn. 6CoE 69/2011. Dohodu o vyplnení zmenky je potrebné považovať za neprijateľnú zmluvnú podmienku, pretože bola vopred predformulovaná a spotrebiteľ nebol schopný ovplyvniť jej podstatu, a tým bola spôsobená značná nerovnováha v právach a povinnostiach strán vzniknutých na základe zmluvy, ku škode spotrebiteľa, pretože dodávateľ si zabezpečil svoju pohľadávku vzniknutú na základe Zmluvy o úvere na úkor práv spotrebiteľa, čo v obdobnom prípade potvrdil aj Okresný súd Bratislava v rozhodnutí z 1. marca 2011 sp. zn. 37Er/7273/2010. V ďalšom žalovaný poukázal na rozhodnutie Krajského súdu Trenčín zo dňa 19.04.2012 sp. zn. 2CoE/67/2012. V prejednávanom prípade preto bolo nevyhnutné aplikovať ustanovenia právnych predpisov na ochranu spotrebiteľa, a to najmä ustanovenia Občianskeho zákonníka, zákona o ochrane spotrebiteľa a zákona o spotrebiteľských úveroch. V tomto prípade bol súd povinný ex offo skúmať platnosť a súladnosť zmluvy s Občianskym zákonníkom, najmä v časti ustanovení o neprijateľných zmluvných podmienkach a zároveň súladnosť so zákonmi na ochranu spotrebiteľa. Nemožno súhlasiť so žalobcom, že výlučným predpokladom pre vydanie rozsudku je predloženie originálu zmenky, keďže v tejto súvislosti je potrebné poukázať na stanovisko NS SR, vydané z dôvodu praktík, ktoré uplatňuje totožný žalobca, ktoré vyvracia žalobcom tvrdené prísne uplatňovanie zákona zmenkového a šekového. Stanovisko NS SR, ktoré bolo vydané na podnet Ministra spravodlivosti SR z dôvodu zjednotenia rozhodovacej praxe v prípadoch skutkovo podobných, spravidla s rovnakými účastníkmi v postavení žalobcu a postupcu. Toto stanovisko formuluje základné postupy a piliere, na ktorých má stáť rozhodovacia prax v súvislosti s posudzovaním pohľadávok na základe postúpenej zmenky, ktorá bola vydaná na základe zmluvy o spotrebiteľskom úvere. Najvyšší súd SR podal výklad, kde konštatoval, že v prípade, ak žalobca ako dôkaz osvedčenia uplatneného nároku doloží zmenku, platí bez ohľadu na povahu procesného nástroja, ktorý žalobca použil, že pokiaľ z akejkoľvek okolnosti prejednávanej veci vyplynie konajúcemu súdu súvislosť s nekalou povahou, či neprípustnosťou uplatneného nároku, je tento ex offo povinný zabezpečiť prieskum nároku v intenciách možnej absolútnej neplatnosti úkonu. Čo sa týka rozsahu, ku ktorému sa má v rámci prieskumu pristúpiť, tak zo spoločného stanoviska vyplýva, že ak je vystaviteľom zmenky spotrebiteľ, je možné skúmať okolnosti až po úroveň dohody o vyplňovacom práve. Z predmetného stanoviska vyplývajú aj ďalšie skutočnosti, a to, že súd v praxi nemá žiadne obmedzenia v možnosti preskúmať dôležité listiny a je možné aplikovať všetky procesné princípy použiteľné v slovenskom právnom poriadku. Súd musí posudzovať, či nedochádza k vedomému konaniu na škodu žalovaného ako dlžníka z indosovanej zmenky, a to konaním, keď pri nadobudnutí zmenky, na ktorej je uvedené číslo spotrebiteľskej zmluvy, vedel, že sa jedná o zmenku na rad, ktorá v zásade zbavuje dlžníka možnosti uplatniť voči novému majiteľovi zmenky námietky v zmysle ust. § 17 zákona č. 191/1950 Zb.. Žalovaný žiadal rozsudok okresného súdu potvrdiť s priznaním trov odvolacieho konania vo výške 35,14 Eur. 23. Postupom krajského súdu bolo vyjadrenie k odvolaniu žalobcu doručené zástupcovi žalobcu prípisom zo dňa 17.05.2016 (č.l. 167 spisu) v spojení s doručenkou na č.l. 166 spisu). K vyjadreniu žalovaného k odvolaniu žalobcu zaslal žalobca prostredníctvom zástupcu v podaní zo dňa 31.05.2016 (č.l. 168 - 171 spisu) odpoveď, v ktorej podstate zotrval na rozhodných argumentoch, ktoré vyjadril žalobca v podanom odvolaní zo dňa 21.03.2016, keď zdôrazňoval charakter zmenky ako listinného cenného papieru, ktorý ak bol predložený a nárok uplatnený v zmysle platnej zmenky, tak tomuto je potrebné vyhovieť. Zmenkový a šekový zákon výslovne počíta s námietkami zmenkového dlžníka, pretože zmenku ako cenný papier nie je možné spochybňovať ex offo pre dôvody, ktoré sa jej netýkajú. Rubopisom sa prevádza zmenka a dochádza k prevodu práv zo zmenky na indosatára, ale ten do nich nevstupuje, pretože zo zmenkového prevodu preňho vyvstáva nové právo zo zmenky. Rubopisom neprechádzajú práva, ktoré nevyplývajú zo samotnej zmenky. Indosatár má teda nové právo zo zmenky, čo znamená, že jeho nárok nijako nesúvisí s kauzálnym vzťahom medzi zmenečníkom a predchádzajúcim majiteľom - veriteľom, a preto právo indosatára na uplatnenie zmenkovej sumy voči zmenečníkovi nevzniklo v súvislosti so spotrebiteľskou zmluvou, ale v dôsledku rubopisu. Až voči zmenkám vystaveným po 22.12.2015 je možné z „úradnej povinnosti" prihliadať na skutočnosti odôvodňujúce námietky zmenkového dlžníka voči indosatárovi, ktoré sa zakladajú na in personam vzťahoch medzi zmenkovým dlžníkom a remitentom. Je zrejmé, že nároky zo zmeniek vystavených do 22.12.2015 sa spravujú zmenkovým hmotným právom platným do 22.12.2015. Vo vzťahu k spoločnému Stanovisku Najvyššieho súdu SR žalobca zdôraznil, že toto stanovisko sa vôbec nezmieňuje o prelomení ochrany nadobúdateľa zmenky podľa ust. § 17 zákona č. 191/1950 Zb., t.j. o nepotrebnosti preukazovania zlomyseľného konania nadobúdateľa zmenky (indosatára) pri nadobudnutí zmenky, či už na námietku dlžníka alebo bez nej, z čoho jasne vyplýva, že ust. § 17 zákona č. 191/1950 Zb. naďalej platí v celej svojej šírke, že stanovisko sa skutočne týka iba povinnosti ex offo preskúmať zmenkový nárok v intenciách možnej absolútnej neplatnosti podkladového úkonu (kauzálneho úkonu) z dôvodu jeho nekalej povahy alebo neprípustnosti nároku zo zmenky. Prieskum zmenkového nároku v intenciách neplatnosti kauzálneho úkonu po dobromyseľnej indosácii má ten následok, že sa to nijako nedotýka povinnosti zaplatiť sumu uvedenú na zmenke. Neexistuje judikát, ktorý by umožnil ex offo prelomenie ust. § 17 čl. I. zákona č. 191/1950 Zb., teda ochrany indosatára okrem prípadu jeho zlomyseľnosti pri nadobúdaní zmenky na škodu dlžníka a prípadu účasti indosatára na kauzálnom úkone. V oboch prípadoch účasť indosatára na kauzálnom úkone musela byť namietaná zmenkovým dlžníkom. Žalobca poukázal na uznesenie Krajského súdu v Banskej Bystrici sp. zn. 43CoZm/10/2013 zo dňa 21.11.2013 a jeho závery, ktoré sú použiteľné aj v danej právnej veci, preto zotrval na odvolacom návrhu, a to zmene rozsudku okresného súdu a vyhovenia žalobcovho nároku v celom rozsahu. 24. Odpoveď žalobcu prostredníctvom zástupcu, obsiahnutá v podaní zo dňa 31.05.2016 (č.l. 168 - 171 spisu) bola doručená v zmysle podania Krajského súdu v Žiline zo dňa 03.06.2016 žalovanému prostredníctvom jeho zástupcu. 25. Krajský súd v Žiline ako súd odvolací (§ 34 zákona č. 160/2015 Z.z. Civilný sporový poriadok, ďalej len „CSP") prejednal vec v medziach odvolacích dôvodov žalobcu podľa § 379, § 380 ods. 1 CSP bez nariadenia pojednávania a verejným vyhlásením rozsudku krajským súdom za rešpektovania ust. § 219 ods. 1, 3 CSP bol rozsudok okresného súdu potvrdený ako vo výroku vecne správne rozhodnutie podľa ust. § 387 ods. 1 CSP v spojení s ust. § 387 ods. 2 CSP. Rozhodnutie bolo prijaté hlasovaním v pomere hlasov 3:0. 26. K procesnému postupu krajského súdu, ktorý prejednal odvolanie žalobcu bez nariadenia ústneho pojednávania, sa poukazuje na uznesenie Krajského súdu v Žiline č.k. 13CoZm/15/2016-181 zo dňa 31.08.2016 s tým, že miesto a čas verejného vyhlásenia rozsudku bolo oznámené na úradnej tabuli krajského súdu v lehote najmenej 5 dní pred jeho vyhlásením, v zmysle uvedeného uznesenia krajského súdu dňa 11.10.2016 a na webovej stránke Krajského súdu v Žiline, na základe čoho boli splnené podmienky k verejnému vyhláseniu rozsudku Krajským súdom v Žiline podľa ust. § 219 ods. 1, 3 CSP v spojení s ust. § 378 ods. 1 CSP. 27. Krajský súd primárne uvádza, že v štádiu svojho konania a rozhodovania aplikoval rozhodné ustanovenia zákona č. 160/2015 Z.z. Civilný sporový poriadok („CSP"), a to vzhľadom k jeho účinnosti od 01. júla 2016 podľa ust. § 474 CSP a ust. § 470 ods. 1 CSP, podľa ktorého, ak nie je ustanovené inak, platí tento zákon aj na konania začaté predo dňom nadobudnutia jeho účinnosti. V zmysle ust. § 470 ods. 2 veta prvá CSP právne účinky úkonov, ktoré v konaní nastali predo dňom nadobudnutia účinnosti tohto zákona, zostávajú zachované. Bolo zrejmé, že žalobca podal odvolanie voči rozsudku okresného súdu podaním zo dňa 21.03.2016, ktorého účinky procesného úkonu odvolania zostali zachované, avšak z titulu platnosti a účinnosti CSP bolo potrebné, aby krajský súd postupoval už v zmysle tohto procesného právneho predpisu. 28. Podľa ust. § 380 ods. 1 CSP odvolací súd je odvolacími dôvodmi viazaný. 29. Za aplikácie vyššie citovaného zákonného ustanovenia bol rozsudku okresného súdu posudzovaný v rozsahu odvolacích dôvodov žalobcu, obsiahnutých v písomne podanom odvolaní zo dňa 21.03.2016. V podanom odvolaní žalobca kládol dôraz hlavne na charakter konania, ktoré bolo vyvolané pred okresným súdom podaným návrhom, a to konania v zmysle Nariadenia Európskeho parlamentu a Rady (ES) č. 861/2007 z 11. júla 2007, ktorým sa ustanovuje Európske konanie vo veciach s nízkou hodnotou sporu (ďalej len „Nariadenie") a uplatneného nároku, ktorý vychádzal z predloženého originálu zmenky ako cenného papiera abstraktnej povahy, s poukazom aj na ust. § 17 zákona č. 191/1950 Zb., keď podľa názoru žalobcu nebolo možné vznášať kauzálne námietky, na ne prihliadať, a tým ani viesť dokazovanie v smere kauzy, čím podľa žalobcu ako odvolateľa boli porušené ustanovenia Nariadenia, ako aj koncentračná zásada konštruovaná týmto Nariadením, pokiaľ žalovaný nevzniesol námietky voči zmenke podľa čl. 5 ods. 3 a ods. 6 Nariadenia. Vzhľadom k rozsahu týchto podstatných odvolacích dôvodov žalobcu primárne krajský súd uvádza, že ani jeden z nich nebol relevantný. Krajský súd sa v celom rozsahu stotožňuje s odôvodnením napadnutého rozsudku okresného súdu, preto za aplikácie ust. § 387 ods. 2 CSP, len na zvýraznenie vecne správnych záverov okresného súdu poukazuje na priebeh konania pred okresným súdom, keď vykonávanie dokazovania bolo v súlade so vznesenou obranou žalovaného. 30. Krajský súd na základe odvolacích dôvodov žalobcu nezistil, že by postupom okresného súdu došlo k takým vadám, ktoré by mali za následok nesprávnosť rozhodnutia vo veci, a to ani po skutkovej, ani po právnej stránke. V súvislosti s postupom okresného súdu sa poukazuje na uznesenie č.k. 11CbZm 32/2013-58 zo dňa 08.08.2014, ktorým bolo oznámené miesto a čas verejného vyhlásenia rozsudku bez nariadenia ústneho pojednávania na termín 15.08.2014 o 14,00 hod., č. pojednávacej miestnosti 101, I. poschodie, Okresný súd Žilina, ktoré uznesenie vzhľadom k tomu, že v tom čase v znení platného Občianskeho súdneho poriadku upravovalo len spôsob vedenia konania, bolo uznesením Okresného súdu Žilina č.k. 11CbZm 32/2013-71 zo dňa 14.08.2014 zrušené, a to práve z toho dôvodu, že žalovaný sa v podaní zo dňa 11.08.2014 dodatočne vyjadril, ktorým vyjadrením rozporoval pohľadávku žalobcu. Okresný súd preto vecne správne v záujme zachovania zásady spravodlivého súdneho procesu vo veci nariadil pojednávanie, aby tak umožnil žalobcovi sa vyjadriť k veci, a to z titulu podania žalovaného zo dňa 11.8.2014 (č.l. 59 - 68 spisu), ktorým vyjadrením rozporoval pohľadávku žalobcu. Okresný súd práve uvedeným postupom dal žalobcovi možnosť reagovať na vyjadrenie žalovaného zo dňa 11.8.2014, ako aj na prípadné označenie a predloženie dôkazov na podporu svojich nárokov, preto bolo namieste, ak okresný súd v záujme zachovania práv obidvoch sporových strán vo veci nariadil pojednávanie na deň 29.01.2016 v zmysle predvolania na č.l. 83 spisu. Práve z titulu nariadeného pojednávania v zmysle obsahu Zápisnice o pojednávaní zo dňa 29.01.2016 (č.l. 117 - 118 spisu) bolo možné, aby okresný súd vykonal dokazovanie. Žalobcovi, jeho zástupcovi, žalovanému a zástupcovi žalovaného bolo umožnené sa dostaviť na nariadený termín pojednávania, predkladať dôkazy a argumentáciu, prípadne vyjadrovať sa k vykonaným dôkazom, súčasťou ktorých vykonávaných dôkazov bolo oboznámenie sa s pripojeným spisom Okresného súdu Žilina sp. zn. 18Er/2252/2011. Pokiaľ sa žalobca a jeho zástupca nariadeného termínu pojednávania nezúčastnili, tak je zrejmé, že sami sa vzdali možnosti vyjadrovať sa k vykonávaným dôkazom, keď súčasťou pripojeného spisu Okresného súdu Žilina sp. zn. 18Er/2252/2011 boli okrem iného aj Zmluva o úvere uzavretá medzi žalovaným a veriteľom POHOTOVOSŤ, s.r.o., so sídlom v Bratislave zo dňa 27.05.2009, ktorá zmluva o úvere s č. 5740537 bola uvedená na zmenke predloženej žalobcom spolu s návrhom, v spojení aj s oboznámením sa so všeobecnými podmienkami poskytnutia úveru, ktoré sa nachádzali na druhej strane zmluvy o úvere uzavretej medzi žalovaným a pôvodným veriteľom POHOTOVOSŤ, s.r.o., Bratislava. Nemožno súhlasiť s odvolacím argumentom žalobcu, že okresný súd vykonal dôkazy, ktoré neboli navrhnuté ani jednou zo sporových strán. Okresný súd práve na základe argumentácie žalovaného, obsiahnutej v podaní zo dňa 11.08.2014 vykonal dokazovanie pripojením exekučného spisu, a tým nebolo možné v zmysle odvolacieho dôvodu žalobcu konštatovať, že by došlo k porušeniu práva rovnosti sporových strán. 31. Krajský súd vzhľadom k uplatnenému nároku žalobcu, jeho posúdeniu okresným súdom a doterajšej rozhodovacej činnosti Krajského súdu v Žiline ako súdu odvolacieho považuje za potrebné uviesť, že pokiaľ aj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SR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32. Okresný súd za dodržania ustanovení Nariadenia a cez úpravu čl. 19 Nariadenia v spojení s ustanoveniami O.s.p. v tom čase platného vo vzťahu k dokazovaniu správne postupoval, vychádzajúc i zo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podľa ktorého :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keď zabezpečil prieskum nároku uplatneného žalobcom v intenciách možnej absolútnej neplatnosti úkonu, v ktorom má žalovaný nárok svoj základ, a to v situácii, ak žalobca ako dôkaz osvedčenia uplatneného nároku predložil súdu zmenku. Teda na bližšie zistenie povahy subjektov pôvodného záväzkového vzťahu, ako aj z dôvodu komplexného posúdenia existencie záväzkového vzťahu ako spotrebiteľského a na základe námietok žalovaného v podaní zo dňa 11.8.2014 si súd prvej inštancie v konaní zabezpečil exekučný spis súvisiaci so zmluvou, ktorá bola označená číslom zmluvy na origináli zmenky, a ktorá bola uzavretá medzi žalovaným ako dlžníkom a prvým majiteľom zmenky ako veriteľom, z ktorého súd zistil spotrebiteľský charakter predmetnej zmluvy. 33. V konkrétnych podmienkach danej veci odvolací súd zvýrazňuje tie zistenia a závery okresného súdu, ktoré v súvislosti s predtým vedeným exekučným konaním voči žalovanému sp. zn. 18Er/2252/2011, viedli k zamietnutiu uplatneného nároku žalobcu, ak bolo zrejmé postavenie žalovaného ako spotrebiteľa v úverovom vzťahu s predchádzajúcim majiteľom zmenky zabezpečovacej poskytnutý spotrebiteľský úver. Bolo preukázané, že zmenka sa kauzálne týkala a mala zabezpečovať poskytnutý spotrebiteľský úver a z dokazovania dostatočne vyplynul záver okresného súdu, že malo ísť o úver bez úrokov a poplatkov, pre chýbajúce zákonné náležitosti vyžadované pri úveroch poskytovaných spotrebiteľom. 34. Vychádzajúc aj z uvedeného spoločného stanoviska, aj keď v rozhodnom období (do 31.12.2010) samotné vystavenie zmenky v spotrebiteľských vzťahoch bolo povolené, rovnako tak indosácia zmenky zabezpečovacej spotrebiteľský úver, v danej veci bolo dôvodné poskytnutie ochrany súdom prostredníctvom právnej úpravy o ochrane spotrebiteľa. V tomto smere odvolací súd zhodne so spoločným stanoviskom zdôrazňuje,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ZSÚ v znení platnom do 31.12.2010, pretože indosácia zmeniek zabezpečujúcich záväzok dlžníka zo spotrebiteľskej zmluvy v posudzovaných okolnostiach predmetných prípadov bola v rozpore s ust. § 4 ods. 7 citovaného zákona v znení platnom do 31.12.2007; toto platí aj pre ust. § 4 ods. 6, 7 cit. zákona v znení platnom od 1.1.2008 do 31.12.2010". 35.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36.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 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37. Vzhľadom k vyššie uvedenému potom aj v rámci tohto odvolacieho konania bolo potrebné prihliadnuť na Spoločné Stanovisko Najvyššieho súdu SR v spojení aj s rozhodnou zákonnou úpravou, ktorú v citácii v dôvodoch svojho rozhodnutia uviedol okresný súd, ktorú aj správnym spôsobom interpretoval, v zmysle čoho vyvodil vecne správny záver k uplatnenému nároku žalobcom, keď tento v návrhu na uplatnenie pohľadávky pri bode 8 tlačiva A o údajoch o pohľadávke uviedol, že ako indosatár je nadobúdateľom všetkých práv zo zmenky, ktorú vystavil žalovaný dňa 27.05.2009 na zmenkovú sumu 763,27 Eur, pričom sa mal žalovaný zaviazať aj k úhrade zmenkového úroku vo výške 0,25% denne od 01.09.2010. Žalobca ďalej uviedol, že indosovaná zmenka je vistazmenkou opatrenou doložkou „na platenie predložiť v lehote 4 rokov od vystavenia". Okresný súd správne postupoval, ak v súvislosti s uplatnenou pohľadávkou zo zmenky, ktorá bola vystavená dňa 27.05.2009 na sumu 763,27 Eur, pričom do jej textu bol poňatý záväzok žalovaného zaplatiť za túto zmenku pri predložení na rad zmenkového veriteľa zmenkovú sumu spolu s 0,25% denným úrokom od 01.09.2010, za miesto splatenia bolo určené sídlo prvotného zmenkového veriteľa, túto pohľadávku podrobil prieskumu na základe nariadeného pojednávania, ktorý prieskum bol v súlade aj s vyvíjajúcou sa rozhodovacou činnosťou všeobecných súdov, za vzatia do úvahy aj Spoločného Stanoviska občiansko-právneho kolégia Najvyššieho súdu Slovenskej republiky a obchodno-právneho kolégia Najvyššieho súdu Slovenskej republiky zo dňa 20. októbra 2015, aby sa tak zabezpečil princíp právnej istoty pri rozhodovaní v druhovo rovnakých veciach, ktorý princíp právnej istoty patrí k základným znakom právneho štátu, ktorým právnym štátom nepochybne je aj Slovenská republika. 38. Podľa záverov okresného súdu v súvislosti s poskytnutím spotrebiteľského úveru veriteľ smel prijať od dlžníka zmenku na zabezpečenie svojho nároku zo spotrebiteľského úveru, len ak išlo o zabezpečovaciu zmenku a zmenková suma v čase vyplnenia bola maximálne vo výške aktuálnej výšky nesplateného spotrebiteľského úveru a príslušenstva vo výške maximálne 30 % istiny poskytnutého spotrebiteľského úveru, keď príslušenstvo sa zo zákona rozumelo vrátane zmluvných pokút a iných nárokov veriteľa zo zmluvy o spotrebiteľskom úvere. Hoci teda na zabezpečenie spotrebiteľského úveru mohla byť vystavená zabezpečovacia zmenka, táto mohla byť vyplnená len na zákonom ustanovenú maximálnu zmenkovú sumu. Ustanovenie § 4 ods. 6 zákona č. 258/2001 Z.z. príslušenstvo v rámci zmenkovej sumy odvodzuje od istiny poskytnutého spotrebiteľského úveru, pričom za istinu spotrebiteľského úveru nie je možné považovať aj poplatok za poskytnutie úveru. Ustanovenie § 4 ods. 6 zákona č. 258/2001 Z.z. platí aj v prípade zmeny majiteľa zmenky alebo postúpenia práv zo zmenky. Za takých okolností je uplatňovanie nároku zo zmenky nadobúdateľom zmenky v rozpore so zákonom a súdnu ochranu veriteľovi nemožno poskytnúť postupom podľa § 3 ods. 1 Občianskeho zákonníka. Obsah úverovej zmluvy bol koncipovaný tak, že narušuje rovnováhu medzi právami a povinnosťami zmluvných strán, najmä v časti zabezpečovacích prostriedkov bol koncipovaný v prospech veriteľa bez toho, že by zabezpečoval minimálne právne prostriedky na ochranu dlžníka. Obsah celej zmluvy a jej účel, ktorý sa premieta do výšky jednotlivých sankcií, poplatkov, zmluvných pokút, vrátane dohody o vyplnení blankozmenky, sa prieči dobrým mravom a je v rozpore so zásadami poctivého obchodného styku, z ktorých vyplýva zámer dosiahnuť na úkor spotrebiteľa neprimeraný zisk. Dohodu o vyplňovacom práve k zmenke nemožno považovať za podmienku individuálne dojednanú, a táto vo svojom dôsledku spôsobuje značnú nerovnováhu v právach a povinnostiach účastníkov v neprospech spotrebiteľa, čo spôsobuje neplatnosť tohto dojednania podľa ust. § 53 ods. 5 Občianskeho zákonníka. V prípade, ak je neplatná dohoda o vyplňovacom práve zmenky, právo na vyplnenie zmenky remitentovi nevzniklo. Pokiaľ došlo veriteľom k vyplneniu zmenky, a to napriek tomu, že právo na jej vyplnenie remitentovi nevzniklo a následne remitent postúpil práva zo zmenky na tretiu osobu, veriteľ svojim postupom zásadným spôsobom zhoršil právne postavenie žalovaného ako spotrebiteľa, a preto nebolo možné na základe takto vystavenej zmenky úspešne sa domáhať akýchkoľvek práv. 39. Krajský súd považoval za potrebné v odôvodnení svojho rozhodnutia opätovne zopakovať vo vyššie uvedenom odseku tie závery okresného súdu, ktoré sú podstatné a vecne správne. Za tohto dôkazného stavu v predmetnej sporovej právnej veci nebolo možné nárokom žalobcu poskytnúť právnu ochranu v zmysle podanej žaloby a rovnako nebolo možné vychádzať len z pohľadávky na základe predloženej zmenky bez prihliadnutia na ďalšie skutkové a právne okolnosti, ktoré v konaní vyšli najavo, a to procesne prípustným spôsobom, za rešpektovania rozsahu súdnej ochrany žalovaného ako spotrebiteľa, vyžadovanej právnym poriadkom SR a EÚ. 40. Posudzované rozhodnutie okresného súdu tak z procesného, ani vecno-právneho hľadiska nevybočilo z rámca daného právnou úpravou aplikovanou okresným súdom, relevantnou pre rozhodnutie v danej veci aj s vyššie uvádzaným Spoločným Stanoviskom NS SR. 41. V konaní pred krajským súdom neboli zistené dôvody pre zmenu napadnutého rozsudku okresného súdu a ani pre jeho zrušenie a vrátenie súdu prvej inštancie na ďalšie konanie, preto vo vyvolanom odvolacom konaní bol rozsudok okresného súdu potvrdený. 42. O nároku na náhradu trov tohto odvolacieho konania bolo rozhodnuté podľa ust. § 396 ods. 1 CSP v spojení s ust. § 255 ods. 1, § 262 ods. 1 CSP. Vzhľadom k výsledku odvolacieho konania je zrejmé, že úspešnou stranou sporu bol žalovaný, ktorý v písomnom vyjadrení k odvolaniu prostredníctvom zástupcu si uplatnil náhradu trov odvolacieho konania, preto krajský súd rozhodol tak, že žalovaný má nárok na plnú náhradu trov tohto odvolacieho konania, pričom o výške náhrady týchto trov rozhodne podľa ust. § 262 ods. 2 CSP súd prvej inštancie.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https://www.kauzis.sk/judikatura/r/ECLI:SK:KSZA:2016:5113210418.2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