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13Co/2/2016 z 13. 6. 2016</w:t>
      </w:r>
    </w:p>
    <w:p>
      <w:r>
        <w:t>Uznesenie Krajského súdu Žilina z 13. júna 2016, sp. zn. 13Co/2/2016, ECLI:SK:KSZA:2016:5113217566.5</w:t>
      </w:r>
    </w:p>
    <w:p>
      <w:r>
        <w:t>Súd: Krajský súd Žilina</w:t>
      </w:r>
    </w:p>
    <w:p>
      <w:r>
        <w:t>Spisová značka: 13Co/2/2016</w:t>
      </w:r>
    </w:p>
    <w:p>
      <w:r>
        <w:t>ECLI: ECLI:SK:KSZA:2016:5113217566.5</w:t>
      </w:r>
    </w:p>
    <w:p>
      <w:r>
        <w:t>Dátum vydania: 13. 6. 2016</w:t>
      </w:r>
    </w:p>
    <w:p>
      <w:r>
        <w:t>Forma: Uznesenie</w:t>
      </w:r>
    </w:p>
    <w:p>
      <w:r>
        <w:t>Oblasť práva: Rodinné právo</w:t>
      </w:r>
    </w:p>
    <w:p>
      <w:pPr>
        <w:pStyle w:val="Heading2"/>
      </w:pPr>
      <w:r>
        <w:t>Text rozhodnutia</w:t>
      </w:r>
    </w:p>
    <w:p>
      <w:r>
        <w:t>Súd: Krajský súd Žilina Spisová značka: 13Co/2/2016 Identifikačné číslo súdneho spisu: 5113217566 Dátum vydania rozhodnutia: 14. 06. 2016 Meno a priezvisko sudcu, VSÚ: Mgr. Zuzana Štolcová ECLI: ECLI:SK:KSZA:2016:5113217566.5 Uznesenie Krajský súd v Žiline ako súd odvolací v právnej veci žalobcu: CD Consulting s.r.o., so sídlom Politických vězňů 1272/21, 110 00 Praha 1, Nové Město, Česká republika, IČO: 264 29 705, zastúpeného zástupcom Fridrich Paľko, s. r. o., so sídlom Grösslingova 4, 811 09 Bratislava, IČO: 36 864 421, proti žalovanej: Q. Z., C. XXX, XXX XX C. nad C., v konaní o zaplatenie 834,45 Eur s príslušenstvom, o odvolaní žalobcu proti rozsudku Okresného súdu Čadca č.k. 4C/270/2013-100 zo dňa 30.7.2015, takto r o z h o d o l : Rozsudok Okresného súdu Čadca č.k. 4C/270/2013-100 zo dňa 30.7.2015 z r u š u j e a v r a c i a vec súdu prvého stupňa na ďalšie konanie. o d ô v o d n e n i e : Napadnutým rozsudkom okresný súd výrokom I. žalobu zamietol, výrokom II. určil zmluvnú podmienku v článku 13 všeobecných podmienok úverovej spotrebiteľskej zmluvy č. 508600147 (správne malo byť uvedené 50860014) zo dňa 12.10.2009 uzavretej medzi veriteľom Pohotovosť, s.r.o., Bratislava a dlžníčkou Q. Z., C. XXX, C. G. C. o dojednaní vypĺňacieho práva zmeniek veriteľom za neprijateľnú zmluvnú podmienku v celom rozsahu a pre neprijateľnosť za neplatnú zmluvnú podmienku v celom rozsahu. Výrokom III. rozhodol, že žalovanej náhradu trov konania nepriznáva. V odôvodnení okresný súd uviedol, že dňa 28.3.2013 žalobca podal návrh na zaplatenie pohľadávky podľa článku 4 ods. 1 Nariadenia Európskeho parlamentu a Rady ES č. 861/2007, ktorým sa ustanovuje európske konanie vo veciach s nízkou hodnotou sporu (ďalej len „Nariadenie“). Návrh bol návrhom zo zmenky zo dňa 12.10.2009 (č.l. 4 spisu) (správne malo byť uvedené zo dňa 12. októbra 2009). Neúplná (blanko) zmenka na rad bola vystavená v prospech spoločnosti POHOTOVOSŤ, s.r.o., IČO: 35 807 598, Pribinova 25, 811 09 Bratislava. Vystaviteľom zmenky bola žalovaná Q. Z.. Zmenka bola vystavená k spotrebiteľskej zmluve č. 50860014. Žalobca úverovú zmluvu k návrhu nepripojil. Bolo zistené, že spoločnosť POHOTOVOSŤ, s.r.o., Bratislava, IČO: 35 807 598 indosovala spornú zmenku na nadobúdateľa, a to na žalobcu CD Consulting s.r.o. Žalovaná sa k návrhu nevyjadrila. Okresný súd poukázal aj na situáciu, keď vstup do konania oznámil vedľajší účastník na strane žalovanej ako spotrebiteľky. Okresným súdom bol vyzvaný k predloženiu súhlasu žalovanej so vstupom vedľajšieho účastníka konania do konania na jej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1.1.2015, pretože vstúpil do konania v čase do 1.1.2015. Podľa názoru vedľajšieho účastníka preto nebolo jeho povinnosťou doručiť súhlas žalovanej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1.1.2015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Okresný súd ďalej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oboznámil sa s pripojenou fotokópiou exekučného spisu sp. zn. 6Er/47/2011, pričom originál exekučného spisu okresný súd pripojil len na zabezpečenie fotokópií, aby nespôsobil prieťahy v exekučnom konaní a nedal tým dôvod na podanie žaloby na náhradu škody za nesprávny úradný postup (prieťahy v konaní). Z vykonaných dôkazov vyvodil okresný súd nasledovné skutkové a právne závery. Z exekučného spisu sp. zn. 6Er/47/2011 zistil, že úverová spotrebiteľská zmluva uvádzaná v zmenke, č.l. 4 spisu, pod číslom 50860014 bola uzavretá medzi spoločnosťou Pohotovosť, s.r.o., Bratislava a žalovanou dňa 12.10.2009 na poskytnutý úver 350 Eur navýšený o poplatok 346 Eur, spolu 393 Eur. Dlh mala žalovaná zaplatiť v 12 splátkach po 58 Eur. V úverovej zmluve neboli uvedené úroky z úveru ani RPMN, ani rozpis splátok. Neoddeliteľnou súčasťou úverovej spotrebiteľskej zmluvy boli všeobecné podmienky. V článku 13 všeobecných podmienok úverovej spotrebiteľskej zmluvy sa zmluvné strany dohodli o vyplnení zmenky. Ku dňu uzavretia úverovej spotrebiteľskej zmluvy, teda ku dňu 12.10.2009 a ku dňu vystavenia zmenky v totožný deň 12. 10. 2009 v zmenke nebola uvedená zmenková suma 834,45 Eur, ani splatnosť zmenkového úroku 0,25 % denne. Tieto údaje mal vyplniť jednostranne remitent, najskôr v deň, kedy sa podľa bodu 4 zmluvy stane splatný celý dlh, t.j.,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Okresný súd mal preukázané, že zmenka bola vystavená ako zabezpečovací právny prostriedok k spotrebiteľskej zmluve. Tento záver potvrdzuje aj samotná zmenka, ktorá obsahuje číslo úverovej spotrebiteľskej zmluvy 50860014, ktoré je zhodné s číslom úverovej spotrebiteľskej zmluvy v exekučnom konaní pod sp. zn. 6Er/47/2011. Zmenka, ktorá tvorila predmet sporu sp. zn. 4C/270/2013, bola totožná so zmenkou v konaní sp. zn. 6Er/47/2011, ktorá bola vystavená ako zabezpečovací prostriedok k spotrebiteľskej úverovej zmluve, čo vyplýva z článku 14 všeobecných podmienok úverovej zmluvy - dohody o vyplnení zmenky, aj zo záverov rozhodcovského súdu. Zmenka a spotrebiteľská úverová zmluva boli vystavené v totožný deň 12.10.2009. Úlohou okresného súdu bolo z úradnej moci skúmať platnosť primárneho právneho úkonu spotrebiteľskej zmluvy, osobitne článok 14 všeobecných podmienok úverovej spotrebiteľskej zmluvy, v ktorom zmluvné strany uzavreli dohodu o vyplnení zmenky v budúcnosti. Na základe dohody neskôr veriteľ sám jednostranne zmenku vyplnil čo do zmenkovej sumy 834,45 Eur a čo do splatnosti zmenkového úroku 0,25 % denne. V čase uzavretia úverovej zmluvy, dňa 12.10.2009 ktorý dátum bol totožný s časom vystavenia zmenky, zmenka neobsahovala zmenkovú sumu a dátum splatnosti zmenkového úroku 0,25 % denne.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žalovanej ako dlžníčky zo spotrebiteľského úveru. Okresný súd dospel k záveru, že článok 14 všeobecných podmienok úverovej spotrebiteľskej zmluvy je neprijateľnou zmluvnou podmienkou. Podľa § 53 ods. 5 Občianskeho zákonníka je neprijateľná podmienka v článku 14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14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14 všeobecných podmienok o vyplnení zmenky nemohol ovplyvniť. Dôkazné bremeno na preukázanie opaku podľa § 53 ods. 3 Občianskeho zákonníka mal veriteľ, t.j. právny predchodca žalobcu. Dôkazné bremeno neuniesol. Dojednanie v článku 14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14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Okresný súd v ďalšom skonštatoval, že podľa § 53 ods. 1 Občianskeho zákonníka je dojednanie v článku 14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14 všeobecných podmienok úverovej spotrebiteľskej zmluvy aj preto, že veriteľ sám vyplnil zmenku v deň splatnosti celého dlhu. Žalovaná ako spotrebiteľ nijako nemohla ovplyvniť výšku zmenkovej sumy, dátum splatnosti zmenkového úroku, ktoré si do zmenky jednostranne dopísal veriteľ. Dojednanie vypĺňacieho práva zmenky v článku 14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14 všeobecných podmienok spotrebiteľ nevedel, aká suma do zmenky bude dopísaná. V momente uzavretia dohody uzavrel neurčitú dohodu čo do článku 14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Dohoda o vypĺňacom práve zmenky v článku 14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14 všeobecných podmienok. Dojednanie vypĺňacieho práva zmenky podľa článku 14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Okresný súd uzavrel, že dojednanie vypĺňacieho práva zmenky v článku 13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žalovanej vo výške 350 Eur. Veriteľovi preto nevzniklo právo na vrátenie poplatku vo výške 346 Eur, o ktorý úver navýšil, ani na úrok. Napriek tomu do zmenky bola dopísaná zmenková suma 834,45 Eur a zmenkový úrok vo výške 0,25% denne (91,25% ročne). V danom prípade okresný súd konštatoval, že dojednanie v článku 14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13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12.10.2009.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žalovaná zaplatila z poskytnutého úveru 350 Eur ku dňu rozhodovania súdu podľa § 154 ods. 1 O.s.p..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žalovaná v danom konaní neprodukovala námietky, okresný súd z úradnej moci chránil jej práva spotrebiteľa. Z týchto dôvodov návrh žalobcu na zaplatenie nárokov zo zmenky zamietol v celom rozsahu O trovách konania rozhodol podľa § 142 ods. 1 O.s.p., úspešným účastníkom konania bola žalovaná, ktorej trovy konania nevznikli a ani si ich neuplatnila, preto jej náhradu trov konania nepriznal. Proti tomuto rozsudku v zákonnej lehote podal odvolanie žalobca z dôvodov podľa ust. § 205 ods. 2 písm. a), b), f) O.s.p.. Žalobca mal za to, že rozhodnutím okresného súdu došlo k porušeniu práva Európskej únie, konkrétne k porušeniu článku 4, 5 a 7 Nariadenia Európskeho parlamentu a Rady (ES) č. 861/2007 z 11. júla 2007 (ďalej len „Nariadenie“), pretože žalovaná nedoručila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žalovaná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žalovaná mohla vzniesť námietky voči zmenke a ak tak neurobila, musia byť akékoľvek iné námietky odmietnuté, a to z dôvodu uplatnenia koncentračnej zásady konštruovanej Nariadením. Okresný súd z vlastnej iniciatívy bez návrhu žalovanej a bez legitímneho podnetu na ťarchu žalobcu vykonal dokazovanie, ktoré údajne preukázalo charakter žalovanej ako spotrebiteľa. Žalovaná sa však takejto ochrany nedovolávala, uplatnenú pohľadávku nerozporovala a svojím konaním ju prakticky uznala. Okresný súd iniciatívne rozširoval okruh dokazovaných skutočností v tom smere, aby získal pre žalovanú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žalovaná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žalovaná podpísala a ktorú pôvodný majiteľ previedol na žalobcu rubopisom, nemôže byť takýto nárok zamietnutý ako neprípustný. Okresným súdom vykonané dokazovanie nebolo vykonané na tvrdenia žalobcu, ktorý jasne, úplne a zrozumiteľne v tlačive A uplatnil právo zo zmenky, a ktorý uviedol, že nie je jej pôvodným majiteľom, ale je indosatárom. Žalovaná ako dlžníčka v pozícii spotrebiteľa nepreukázala, že nový majiteľ zmenky konal pri jej nadobúdaní vedome na jej škodu a keď nepodala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žalovaná ako spotrebiteľka vzniesla voči majiteľovi námietky, že k indosácii došlo na jej škodu alebo, ak by podala relevantné kauzálne námietky týkajúce sa úverovej zmluvy, prípadne zmenky, čo by však v konaní musela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K doručenému odvolaniu žalobcu sa žalovaná písomne nevyjadrila. Krajský súd v Žiline ako súd odvolací (§ 10 ods. 1 O.s.p.) prejednal vec v medziach ust. § 212 ods. 1 O.s.p. bez nariadenia pojednávania podľa § 214 ods. 2 O.s.p. a rozsudok okresného súdu v spojení s opravným uznesením v napadnutých výrokoch zrušil podľa § 221 ods. 1 písm. f), h) O.s.p. a podľa § 221 ods. 2 O.s.p. vrátil vec v zrušenej časti súdu prvého stupňa na ďalšie konanie. Rozhodnutie bolo prijaté hlasovaním v pomere hlasov 3:0. Primárne sa krajský súd oboznámil s priebehom postupu konania pred okresným súdom, a to tak v rovine vedľajšieho účastníctva, ako aj dokazovania, ktoré v zmysle odôvodnenia napadnutého rozsudku mal uskutočniť okresný súd. V spisovom materiáli okresného súdu na č.l. 69 spisu sa nachádza podanie zo dňa 20.11.2014, ktorým Občianske združenie Všeobecná ochrana práv spotrebiteľov v zastúpení JUDr. Bohdan Jakubis oznamuje vstup vedľajšieho účastníka do konania, a to na podporu žalovanej. Podanie zo dňa 20.11.2014 o vstupe vedľajšieho účastníka do konania bolo doručené Okresnému súdu Čadca dňa 24.11.2014. Následne v spisovom materiáli je žurnalizovaná námietka neprípustnosti vedľajšieho účastníka zo strany žalobcu v podaní zo dňa 27.01.2015 doručenom Okresnému súdu Čadca dňa 28.01.2015, č.l. 74 spisu. Okresný súd na č.l. 75 rub spisu uskutočnil úpravu, podľa ktorej bude dňa 24.3.2015 o 11.00 hod., číslo pojednávacej miestnosti 54 vyhlásený rozsudok. Spolu s následnou ďalšou úpravou podľa Zápisnice o vyhlásení rozsudku zo dňa 24.03.2015, ktoré bolo odročené na neurčito za účelom zabezpečenia a prefotenia spisu 6Er/47/2011 o pripojení spisu ER. Okresný súd podaním z 02.03.2015, č.l. 79 spisu, oznámil Všeobecnej ochrane práv spotrebiteľov, ktorý subjekt zahlásil vstup do konania ako vedľajší účastník na podporu žalovanej, že v zmysle § 93 ods. 3 druhá veta novely O.s.p. je potrebné v lehote 15-tich dní doručiť okresnému súdu v potrebnom počte súhlas účastníka, popri ktorom sa Všeobecná ochrana práv spotrebiteľov zúčastňuje na konaní, v opačnom prípade podľa § 101 ods. 3 O.s.p. v nadväznosti na § 93 ods. 3 O.s.p. okresný súd nebude na oznámenie o vstupe do konania prihliadať. Z obsahu Zápisnice o vyhlásení rozsudku zo dňa 24.03.2015 (č.l. 81 spisu) bolo zistené, že pojednávanie bolo odročené na neurčito za účelom zabezpečenia a prefotenia spisu 6Er/47/2011. Na č.l. 83-97 spisu na nachádzajú prefotené listiny zo spisu 6Er/47/2011. Na to nasledovala úprava sudkyne o určení termínu verejného vyhlásenia rozsudku na deň 30. júla 2015 o 12,30 hod. pojednávacia miestnosť č. 10 (č.l. 97 rub spisu). Podľa Zápisnice o verejnom vyhlásení rozsudku zo dňa 30.07.2015, bol verejne vyhlásený rozsudok okresným súdom, ktorý rozsudok bol v zákonnej lehote napadnutý odvolaním žalobcu. V súvislosti s oznámením vstupu vedľajšieho účastníka do konania na podporu žalovanej, a to podaním zo dňa 20.11.2014 doručeným Okresnému súdu Čadca dňa 24.11.2014, č.l. 69 spisu, krajský súd uvádza, že bol odlišného právneho názoru oproti postupu okresného súdu a vyjadreného záveru v napadnutom rozsudku okresného súdu, keďže mal za to, že úkon zahláseného vstupu vedľajšieho účastníka do konania zo dňa 20.11.2014, doručený Okresnému súdu Čadca dňa 24.11.2014, ako procesno-právny úkon vyvolal účinky k momentu jeho uskutočnenia, preto k tomuto dátumu v ďalšom postupe oznámeného vstupu vedľajšieho účastníka do konania bolo potrebné prihliadať na znenie Občianskeho súdneho poriadku v zmysle § 93 ods. 3 O.s.p.. Podľa § 93 ods. 3 O.s.p., znenia platného a účinného k dátumu 24.11.2014, do konania vstúpi buď z vlastného podnetu alebo na výzvu niektorého z účastníkov urobenú prostredníctvom súdu. O prípustnosti vedľajšieho účastníctva súd rozhodne len na návrh. Uvedený záver krajského súdu vychádza aj z ust. § 355 druhá veta O.s.p., podľa ktorého právne účinky úkonov, ktoré v konaní nastali pred účinnosťou tohto zákona, zostávajú zachované. Úkon oznámenia o vstupe vedľajšieho účastníka do konania podaním zo dňa 20. novembra 2014 doručeným Okresnému súdu Čadca dňa 24.11.2014 a z neho vyplývajúce účinky zostali zachované k momentu uskutočnenia tohto úkonu pred Okresným súdom Čadca, a preto v ďalšom postupe tohto okresného súdu bolo nevyhnutné vychádzať z platnej právnej úpravy k dátumu, keď účinky tohto úkonu zostali zachované uskutočnením tohto úkonu, t.j. k dátumu 24.11.2014. Uvedené vyplýva z toho, že sa koná v dôvere subjektov v právo platné v čase takéhoto konania, čo zabezpečuje aj právnu istotu pri konaní subjektu, ktorý práve v rámci svojho konania vychádza z právneho stavu platného k momentu jeho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To, že pri oznámení vstupu vedľajšieho účastníka do konania podaním zo dňa 20.11.2014 doručeným Okresnému súdu Čadca dňa 24.11.2014 bolo potrebné vychádzať v tom čase z platného znenia ust. § 93 ods. 3 O.s.p., vyplýva podľa názoru krajského súdu aj z toho, že zmena Občianskeho súdneho poriadku vykonaná zákonom č. 353/2014 Z.z. s účinnosťou od 1.1.2015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ust. § 372y O.s.p. mal úpravu, že na konania začaté pred dňom účinnosti tohto zákona sa použijú predpisy účinné odo dňa účinnosti tohto zákona, čo však pri vedľajšom účastníkovi konania nebolo vyjadrené pri úprave ust. § 93 ods. 3 O.s.p. zákonom č. 353/2014 Z.z.. Vzhľadom k vyššie uvedenému okresný súd v novom konaní bude postupovať v zmysle vysloveného právneho názoru krajským súdom, a to, že ohľadom oznámeného vstupu vedľajšieho účastníka do konania podaním zo dňa 20.11.2014 doručeným Okresnému súdu Čadca dňa 24.11.2014 sa bude prihliadať na v tom čase platnú úpravu Občianskeho súdneho poriadku § 93 ods. 3 O.s.p., avšak za rešpektovania toho, že vedľajší účastník nemôže v konaní vystupovať na strane žalovanej v prípade jej nesúhlasu alebo proti jej vôli. V ďalšom postupe uskutočnenom okresným súdom na základe odvolacích dôvodov žalobcu sa krajský súd zaoberal, akým spôsobom došlo, resp. nedošlo k vykonávaniu dokazovania pred okresným súdom. Okresný súd vo veci nariadil verejné vyhlásenie rozsudku na deň 24.03.2015, ktoré bolo odročené na neurčito za účelom zabezpečenia a prefotenia spisu 6Er/47/2011. Následne boli do spisu zažurnalizované listiny zo spisu 6Er/47/2011 a nasledovalo nariadenie verejného vyhlásenia rozsudku na deň 30.07.2015. Podľa Zápisnice o verejnom vyhlásení rozsudku bol verejne vyhlásený rozsudok, ktorým okresný súd žalobu žalobcu zamietol a súčasne určil neprijateľnosť zmluvnej podmienky jej neplatnosti v celom rozsahu, a to zmluvnej podmienky v článku 14 Všeobecných podmienok úverovej spotrebiteľskej zmluvy č. 508600147 (správne malo byť uvedené 50860014) zo dňa 12.10.2009 o dojednaní vypĺňacieho práva zmeniek veriteľom. Zároveň rozhodol o náhrade trov konania. Zo spisového materiálu vyplynulo, a to z úpravy na č.l. 32 rub spisu, že žalovanej bol doručovaný návrh spolu s poučením podľa doručenky na č.l. 32 rub spisu. Z postupu okresného súdu vyplývalo, že žalovanej bolo doručené tlačivo C na odpoveď v zmysle Nariadenia Európskeho parlamentu a Rady ES č. 861/2007, ktorým sa ustanovuje Európske konanie vo veciach s nízkou hodnotou sporu (ďalej len „Nariadenie“), podľa doručenky na č.l. 70 spisu. Žalovaná v Nariadením stanovenej lehote na predmetné tlačivo nereagovala a nevyjadrila sa. Žalovaná tak neuplatnila námietky proti uplatneným nárokom žalobcu. I napriek tomuto stavu okresný súd sám si pripojil spis sp. zn. 6Er/47/2011, z ktorého vyhotovil fotokópie listín, ku ktorým prihliadol a rozsudkom č.k. 4C/270/2013-100 zo dňa 30.7.2015 žalobu žalobcu zamietol s určením neprijateľnej zmluvnej podmienky. Tento rozsudok bol vyhlásený podľa Zápisnice o verejnom vyhlásení rozsudku dňa 30.7.2015. Ak aj žalovaná v tejto sporovej právnej veci neuskutočnila námietky proti žalobcovým nárokom a ak okresný súd iniciatívne sa oboznámil so spisovým materiálom sp. zn. 6Er/47/2011 v exekučnej veci oprávneného POHOTOVOSŤ, s.r.o., so sídlom Pribinova 25, 811 09 Bratislava, IČO: 35 807 598 proti žalovanej, v konaní o vymoženie uloženej povinnosti zaplatiť 834,45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Krajský súd i napriek uvedenému poukazuje na to, že ak okresný súd ex offo prihliadol na dôkazy z ním pripojeného spisu sp. zn. 6Er/47/2011,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6Er/47/2011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žalovanej ako spotrebiteľa. V rámci nového konania pred okresným súdom je preto potrebné zachovať práva žalobcu v rovine vykonávaného dokazovania a rovnako aj práva žalovanej ako druhej sporovej strany. Na základe vyššie uvedených zhodnotení, záverov bol rozsudok okresného súdu zrušený a vec vrátená súdu prvého stupňa na ďalšie konanie. Okresný súd v novom konaní bude pri vedľajšom účastníctve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 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Z dôvodu, že rozhodnutie okresného súdu bolo zrušené, bude to okresný súd, ktorý v rámci nového konania rozhodne aj o čiastočnom späťvzatí v zmysle návrhu žalobcu obsiahnutom v podaní zo dňa 21.12.2015, č.l. 130 spisu.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V novom konaní okresný súd rozhodne aj o trovách súdneho konania. Poučenie: Proti tomuto uzneseniu odvolanie n i e j e prípustné.</w:t>
      </w:r>
    </w:p>
    <w:p/>
    <w:p>
      <w:r>
        <w:t>Zdroj: KAUZIS.SK – https://www.kauzis.sk/judikatura/r/ECLI:SK:KSZA:2016:5113217566.5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