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Žilina sp. zn. 9Co/369/2015 z 27. 1. 2016</w:t>
      </w:r>
    </w:p>
    <w:p>
      <w:r>
        <w:t>Uznesenie Krajského súdu Žilina z 27. januára 2016, sp. zn. 9Co/369/2015, ECLI:SK:KSZA:2016:5113217569.1</w:t>
      </w:r>
    </w:p>
    <w:p>
      <w:r>
        <w:t>Súd: Krajský súd Žilina</w:t>
      </w:r>
    </w:p>
    <w:p>
      <w:r>
        <w:t>Spisová značka: 9Co/369/2015</w:t>
      </w:r>
    </w:p>
    <w:p>
      <w:r>
        <w:t>ECLI: ECLI:SK:KSZA:2016:5113217569.1</w:t>
      </w:r>
    </w:p>
    <w:p>
      <w:r>
        <w:t>Dátum vydania: 27. 1. 2016</w:t>
      </w:r>
    </w:p>
    <w:p>
      <w:r>
        <w:t>Forma: Uznesenie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Krajský súd Žilina Spisová značka: 9Co/369/2015 Identifikačné číslo súdneho spisu: 5113217569 Dátum vydania rozhodnutia: 28. 01. 2016 Meno a priezvisko sudcu, VSÚ: JUDr. Ján Burik ECLI: ECLI:SK:KSZA:2016:5113217569.1</w:t>
      </w:r>
    </w:p>
    <w:p>
      <w:r>
        <w:t>Uznesenie Krajský súd v Žiline, ako súd odvolací, v právnej veci navrhovateľa: CD Consulting, s.r.o., so sídlom Politických vězňů 1272/21, Nové Město, Praha, Česká republika, IČO: 26429705, zastúpeného spoločnosťou Fridrich Paľko, s.r.o., so sídlom Grösslingova 4, Bratislava, IČO: 36 864 421 proti odporcovi: C. U., bytom G. H. XXX, o zaplatenie 5,01 Eur s príslušenstvom, o späťvzatí návrhu na začatie konania po vyhlásení rozsudku Okresného súdu Čadca, č. k. 10C/260/2013-75 zo dňa 9. októbra 2014, takto</w:t>
      </w:r>
    </w:p>
    <w:p>
      <w:r>
        <w:t>r o z h o d o l :</w:t>
      </w:r>
    </w:p>
    <w:p>
      <w:r>
        <w:t>P r i p ú š ť a späťvzatie návrhu na začatie konania, rozsudok Okresného súdu Čadca, č. k. 10C/260/2013-75 zo dňa 9. októbra 2014 zrušuje a konanie vo veci z a s t a v u j e .</w:t>
      </w:r>
    </w:p>
    <w:p>
      <w:r>
        <w:t>Žiaden z účastníkov n e m á právo na náhradu trov konania.</w:t>
      </w:r>
    </w:p>
    <w:p>
      <w:r>
        <w:t>o d ô v o d n e n i e :</w:t>
      </w:r>
    </w:p>
    <w:p>
      <w:r>
        <w:t>Okresný súd rozsudkom zamietol návrh, odporcovi právo na náhradu trov konania nepriznal a uložil navrhovateľovi zaplatiť doplatok súdneho poplatku.</w:t>
      </w:r>
    </w:p>
    <w:p>
      <w:r>
        <w:t>Po vyhlásení rozsudku okresného súdu, ktorý ešte nenadobudol právoplatnosť, vzal navrhovateľ podaním zo dňa 17.12.2014 svoj návrh na začatie konania v celom rozsahu späť a žiadal konanie zastaviť.</w:t>
      </w:r>
    </w:p>
    <w:p>
      <w:r>
        <w:t>Odporca na výzvu, či súhlasí so späťvzatím návrhu, nereagoval.</w:t>
      </w:r>
    </w:p>
    <w:p>
      <w:r>
        <w:t>V zmysle § 208 O.s.p. ak je návrh na začatie konania vzatý späť, keď už rozhodol súd prvého stupňa, ale jeho rozhodnutie nie je dosiaľ právoplatné, odvolací súd rozhodne o pripustení späťvzatia. Súd späťvzatie nepripustí, ak druhý účastník s tým nesúhlasí. Ak späťvzatie pripustí, odvolací súd zruší rozhodnutie súdu prvého stupňa a konanie zastaví.</w:t>
      </w:r>
    </w:p>
    <w:p>
      <w:r>
        <w:t>Vychádzajúc z citovaného zákonného ustanovenia vzhľadom na skutočnosť, že navrhovateľ zobral návrh späť skôr, než rozhodnutie prvostupňového súdu nadobudlo právoplatnosť, odvolací súd pripustil späťvzatie návrhu, rozsudok súdu prvého stupňa zrušil a konanie zastavil (u odporcu neboli zistené také dôvody, pre ktoré by so späťvzatím nemal súhlasiť, pričom bol poučený o skutočnosti, že ak sa k späťvzatiu nevyjadrí, bude mať súd za to, že so späťvzatím súhlasí).</w:t>
      </w:r>
    </w:p>
    <w:p>
      <w:r>
        <w:t>O trovách konania rozhodol súd podľa § 146 ods. 1 písm. c/ O.s.p. a žiadnemu z účastníkov náhradu trov konania nepriznal, nakoľko toto bolo zastavené.</w:t>
      </w:r>
    </w:p>
    <w:p>
      <w:r>
        <w:t>Poučenie:</w:t>
      </w:r>
    </w:p>
    <w:p>
      <w:r>
        <w:t>Proti tomuto uzneseniu odvolanie nie je prípustné.</w:t>
      </w:r>
    </w:p>
    <w:p/>
    <w:p>
      <w:r>
        <w:t>Zdroj: KAUZIS.SK – https://www.kauzis.sk/judikatura/r/ECLI:SK:KSZA:2016:5113217569.1 (dáta aktuálne k 30.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