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13CoKR/21/2015 z 30. 3. 2016</w:t>
      </w:r>
    </w:p>
    <w:p>
      <w:r>
        <w:t>Uznesenie Krajského súdu Žilina z 30. marca 2016, sp. zn. 13CoKR/21/2015, ECLI:SK:KSZA:2016:5113218295.3</w:t>
      </w:r>
    </w:p>
    <w:p>
      <w:r>
        <w:t>Súd: Krajský súd Žilina</w:t>
      </w:r>
    </w:p>
    <w:p>
      <w:r>
        <w:t>Spisová značka: 13CoKR/21/2015</w:t>
      </w:r>
    </w:p>
    <w:p>
      <w:r>
        <w:t>ECLI: ECLI:SK:KSZA:2016:5113218295.3</w:t>
      </w:r>
    </w:p>
    <w:p>
      <w:r>
        <w:t>Dátum vydania: 30. 3.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Žilina Spisová značka: 13CoKR/21/2015 Identifikačné číslo súdneho spisu: 5113218295 Dátum vydania rozhodnutia: 31. 03. 2016 Meno a priezvisko sudcu, VSÚ: Mgr. Zuzana Štolcová ECLI: ECLI:SK:KSZA:2016:5113218295.3 Uznesenie Krajský súd v Žiline ako súd odvolací v právnej veci žalobcu : Ing. Tomáša Fioleka, so sídlom kancelárie: Mudroňova 43, 036 01 Martin, správcu konkurznej podstaty úpadcu KVALIT, s.r.o., so sídlom 029 56 Zákamenné 294, IČO: 36 376 027, proti žalovanému: SACCO, s.r.o., so sídlom Bajzova 2417/13, 010 01 Žilina, IČO: 45 606 391, zastúpenému právnou zástupkyňou JUDr. Veronikou Nozar Jakubíkovou, advokátkou, so sídlom Ul. P. XX, XXX XX J., v konaní o určenie neúčinnosti právnych úkonov, o odvolaní žalovaného proti rozsudku Okresného súdu Žilina č.k. 26Cbi 14/2013-152 zo dňa 28.4.2015 r o z h o d o l : P r i p ú š ť a späťvzatie žaloby v časti o určenie neúčinnosti právnych úkonov, rozsudok Okresného súdu Žilina č.k. 26Cbi 14/2013-152 zo dňa 28.4.2015 vo výroku, ktorým určil, že právne úkony úpadcu: KVALIT, s.r.o., so sídlom Zákamenné 294, 029 56 Zákamenné, IČO: 36 376 027: výdaje finančnej hotovosti z pokladne úpadcu za účelom úhrad faktúr: v sume 9.000 Eur zo dňa 10.8.2011, v sume 7.884 Eur zo dňa 16.8.2011, v sume 4.503,53 Eur zo dňa 16.8.2011, v sume 7.500 Eur zo dňa 26.8.2011, v sume 500 Eur zo dňa 18.11.2011, v sume 8.825,40 Eur zo dňa 8.10.2011, v sume 13.000 Eur zo dňa 18.11.2011 a v sume 3.500 Eur zo dňa 24.11.2011 v celkovej výške 54.712,93 Eur v prospech žalovaného a Zmluva o vzájomnom zápočte vo výške 6.722,52 Eur zo dňa 3.11.2011 sú v konkurze vedenom na Okresnom súde Žilina pod sp. zn. 1K/7/2012 na majetok úpadcu: KVALIT, s.r.o., so sídlom Zákamenné 294, 029 56 Zákamenné, IČO: 36 376 027 voči veriteľom úpadcu neúčinné a vo výroku o povinnosti žalovaného zaplatiť do všeobecnej podstaty úpadcu KVALIT, s.r.o., Zákamenné 294, 029 56 Zákamenné, IČO: 36 376 027 sumu 61.435,45 Eur, do troch dní po právoplatnosti rozsudku z r u š u j e a konanie o určenie neúčinnosti právnych úkonov v tejto časti z a s t a v u j e . Žiaden z účastníkov n e m á právo na náhradu trov konania. o d ô v o d n e n i e : Napadnutým rozsudkom okresný súd určil, že právne úkony úpadcu: KVALIT, s.r.o., so sídlom Zákamenné 294, 029 56 Zákamenné, IČO: 36 376 027: výdaje finančnej hotovosti z pokladne úpadcu za účelom úhrad faktúr: v sume 9.000 Eur zo dňa 10.8.2011, v sume 7.884 Eur zo dňa 16.8.2011, v sume 4.503,53 Eur zo dňa 16.8.2011, v sume 7.500 Eur zo dňa 26.8.2011, v sume 500 Eur zo dňa 18.11.2011, v sume 8.825,40 Eur zo dňa 8.10.2011, v sume 13.000 Eur zo dňa 18.11.2011 a v sume 3.500 Eur zo dňa 24.11.2011 v celkovej výške 54.712,93 Eur v prospech žalovaného a Zmluva o vzájomnom zápočte vo výške 6.722,52 Eur zo dňa 3.11.2011 sú v konkurze vedenom na Okresnom súde Žilina pod sp. zn. 1K/7/2012 na majetok úpadcu: KVALIT, s.r.o., so sídlom Zákamenné 294, 029 56 Zákamenné, IČO: 36 376 027 voči veriteľom úpadcu neúčinné. Ďalším výrokom okresný súd rozhodol, že žalovaný je povinný zaplatiť do všeobecnej konkurznej podstaty úpadcu KVALIT, s.r.o., Zákamenné 294, 029 56 Zákamenné, IČO: 36 376 027 sumu 61.435,45 Eur, v lehote do 3 dní po právoplatnosti rozsudku. Vo zvyšnej časti bola žaloba zamietnutá. Okresný súd súčasne vyslovil, že o trovách konania rozhodne do 30 dní po právoplatnosti rozhodnutia vo veci samej. Proti tomuto rozsudku, a to výroku, ktorým okresný súd určil neúčinnosť právnych úkonov v spojení s výrokom o povinnosti žalovaného zaplatiť sumu 61.435,45 Eur do troch dní po právoplatnosti rozsudku do všeobecnej konkurznej podstaty úpadcu KVALIT, s.r.o., Zákamenné 294, 029 56 Zákamenné, IČO: 36 376 027, v zákonnej lehote podal odvolanie žalovaný prostredníctvom právnej zástupkyne z dôvodov podľa § 205 ods. 2 písm. c), d), e) a f) O.s.p.. Rozhodnutie súdu prvého stupňa v napadnutej časti považoval za vecne a právne nesprávne, nakoľko prvostupňový súd dospel na základe vykonaných dôkazov k nesprávnym skutkovým zisteniam a doteraz zistený skutkový stav neobstojí, preto sú tu ďalšie skutočnosti a iné dôkazy, ktoré doteraz neboli vykonané a napadnuté rozhodnutie je založené na nesprávnom právnom posúdení veci. Navrhol, aby odvolací súd odvolaniu vyhovel, rozsudok prvostupňového súdu v napadnutej časti zmenil a v tejto časti zamietol, alternatívne zrušil. Zároveň žiadal priznať náhradu trov odvolacieho konania. K doručenému odvolaniu sa žalobca písomne nevyjadril. Krajský súd na deň 30.3.2016 v pojednávacej miestnosti č. 13 určil vo veci odvolania žalovaného uznesením č.k. 13CoKR/21/2015-192 zo dňa 01.03.2016 vyhlásenie rozsudku bez nariadenia ústneho pojednávania v spojení s ust. § 214 ods. 2 O.s.p., § 156 ods. 3 O.s.p.. Po oznámení vyhlásenia rozsudku v predmetnej veci bez nariadenia ústneho pojednávania a doručení upovedomenia o tomto termíne, žalobca podaním zo dňa 22.03.2016, osobne podaným Krajskému súdu v Žiline dňa 22.03.2016 (č.l. 194-195 spisu) zobral žalobu v celom rozsahu späť. Ako dôvod späťvzatia uviedol, že medzi účastníkmi došlo dňa 17.3.2016 k podpísaniu Dohody o mimosúdnom urovnaní, predmetom ktorej je urovnanie vzájomných nárokov a záväzkov týkajúcich sa súdneho konania vedeného pred Okresným súdom Žilina, sp. zn. 26Cbi/14/2013 o určenie neúčinnosti právnych úkonov, v ktorom Okresný súd Žilina rozhodol svojim rozsudkom č.k. 26 Cbi/14/2013-152 zo dňa 28.4.2015, ktorý v čase uzavretia tejto dohody nebol právoplatný. Účastníci dohody podpisom zo dňa 17.3.2016 potvrdili vzájomné nároky vyplývajúce zo súdneho sporu vedeného pred Okresným súdom Žilina, sp. zn. 26Cbi 14/2013 a považujú ich za vysporiadané. Pre vyššiu istotu vzájomných nárokov vyplývajúcich z dohody je aj Ručiteľské vyhlásenie Ing. V. V., ktorý ako ručiteľ vyhlásil, že sa zaväzuje uspokojiť pohľadávku veriteľa spôsobom určeným v Ručiteľskom vyhlásení zo dňa 17.03.2016. Ďalej uviedol, že účastníci v dohode zároveň prehlásili, že v súvislosti s ukončením súdneho konania (so späťvzatím návrhu na súd) si navzájom voči sebe neuplatňujú žiadne trovy a náhrady vzniknuté v konaní vedenom pred Okresným súdom Žilina sp. zn. 26Cbi/14/2013. Žalobca navrhol konanie podľa ust. § 208 O.s.p. zastaviť a o trovách konania rozhodnúť tak, že žiaden z účastníkov nemá právo na náhradu trov konania. Žalovaný vo vyjadrení zo dňa 23.03.2016 osobne doručenému Krajskému súdu v Žiline dňa 24.03.2016 (č.l. 211 spisu), k oznámeniu o späťvzatí žaloby žalobcom uviedol, že s dôvodmi zastavenia konania sa stotožňuje a súhlasí so späťvzatím žaloby žalobcom a so zastavením konania. Súčasne oznámil, že žalovaný a ani právna zástupkyňa si žiadne trovy konania ani trovy právneho zastúpenia neuplatňuje. Vzhľadom na obsah mimosúdnej dohody žiadal rozhodnúť o trovách konania tak, že žiaden z účastníkov nemá právo náhradu trov konania. Krajský súd v Žiline ako súd odvolací (§ 10 ods. 1 O.s.p.) postupom bez nariadenia pojednávania podľa ust. § 214 ods. 2 O.s.p. za aplikácie ust. § 208 O.s.p., s prihliadnutím k späťvzatiu žaloby a súhlasu žalovaného rozhodol tak, ako je uvedené vo výrokovej časti tohto uznesenia. Rozhodnutie bolo prijaté hlasovaním v pomere hlasov 3:0. Podľa ust.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Z dôvodu, že po oznámení termínu vyhlásenia rozsudku bez nariadenia ústneho pojednávania v predmetnej odvolacej právnej veci z titulu podaného odvolania žalovaným došlo k späťvzatiu žaloby žalobcom a udeleniu súhlasu žalovaným, postupoval krajský súd zrušil vo veci nariadený termín verejného vyhlásenia rozhodnutia na deň 30.3.2016. Následne postupoval za aplikácie vyššie citovaného ust. § 208 O.s.p.. Pokiaľ žalovaný podal odvolanie proti rozsudku Okresného súdu Žilina č.k. 26Cbi 14/2013-152 zo dňa 28.4.2015, a to výroku, ktorým určil, že právne úkony úpadcu: KVALIT, s.r.o., so sídlom Zákamenné 294, 029 56 Zákamenné, IČO: 36 376 027: výdaje finančnej hotovosti z pokladne úpadcu za účelom úhrad faktúr: v sume 9.000 Eur zo dňa 10.8.2011, v sume 7.884 Eur zo dňa 16.8.2011, v sume 4.503,53 Eur zo dňa 16.8.2011, v sume 7.500 Eur zo dňa 26.8.2011, v sume 500 Eur zo dňa 18.11.2011, v sume 8.825,40 Eur zo dňa 8.10.2011, v sume 13.000 Eur zo dňa 18.11.2011 a v sume 3.500 Eur zo dňa 24.11.2011 v celkovej výške 54.712,93 Eur v prospech žalovaného a Zmluva o vzájomnom zápočte vo výške 6.722,52 Eur zo dňa 3.11.2011 sú v konkurze vedenom na Okresnom súde Žilina pod sp. zn. 1K/7/2012 na majetok úpadcu: KVALIT, s.r.o., so sídlom Zákamenné 294, 029 56 Zákamenné, IČO: 36 376 027 voči veriteľom úpadcu neúčinné a vo výroku o povinnosti žalovaného zaplatiť do všeobecnej podstaty úpadcu KVALIT, s.r.o., Zákamenné 294, 029 56 Zákamenné, IČO: 36 376 027 sumu 61.435,45 Eur, do troch dní po právoplatnosti rozsudku, ktoré rozhodnutie okresného súdu v tomto výroku práve pre podané odvolanie žalovaným nenadobudlo právoplatnosť, bolo možné s odkazom na ust. § 208 O.s.p. zo strany žalobcu jeho dispozíciu s návrhom, a to späťvzatie žaloby v tejto časti vziať do úvahy. Je potrebné uviesť, že výrok rozsudku Okresného súdu Žilina č.k. 26Cbi 14/2013-152 zo dňa 28.4.2015, ktorým bola žaloba vo zvyšnej časti zamietnutá, nebol napadnutý odvolaním, a preto v tejto časti rozsudok okresného súdu nadobudol právoplatnosť. K predmetnému späťvzatiu žalobcom zo dňa 22.03.2016 (č.l. 194,195 spisu) považuje odvolací súd za potrebné zopakovať, že k nemu došlo po vydaní, resp. rozhodnutí súdom prvého stupňa, avšak v čase, kedy ešte jeho rozhodnutie vo výroku, ktorým bolo určené, že právne úkony úpadcu: KVALIT, s.r.o., so sídlom Zákamenné 294, 029 56 Zákamenné, IČO: 36 376 027: výdaje finančnej hotovosti z pokladne úpadcu za účelom úhrad faktúr: v sume 9.000 Eur zo dňa 10.8.2011, v sume 7.884 Eur zo dňa 16.8.2011, v sume 4.503,53 Eur zo dňa 16.8.2011, v sume 7.500 Eur zo dňa 26.8.2011, v sume 500 Eur zo dňa 18.11.2011, v sume 8.825,40 Eur zo dňa 8.10.2011, v sume 13.000 Eur zo dňa 18.11.2011 a v sume 3.500 Eur zo dňa 24.11.2011 v celkovej výške 54.712,93 Eur v prospech žalovaného a Zmluva o vzájomnom zápočte vo výške 6.722,52 Eur zo dňa 3.11.2011 sú v konkurze vedenom na Okresnom súde Žilina pod sp. zn. 1K/7/2012 na majetok úpadcu: KVALIT, s.r.o., so sídlom Zákamenné 294, 029 56 Zákamenné, IČO: 36 376 027 voči veriteľom úpadcu neúčinné a vo výroku o povinnosti žalovaného zaplatiť do všeobecnej podstaty úpadcu KVALIT, s.r.o., Zákamenné 294, 029 56 Zákamenné, IČO: 36 376 027 sumu 61.435,45 Eur do troch dní po právoplatnosti rozsudku, nenadobudlo právoplatnosť z titulu neuplynutia odvolacej lehoty v čase späťvzatia žaloby, a preto krajský súd k uvedenému mohol rozhodnúť o pripustení späťvzatia žaloby v tejto časti za súhlasu žalovaného s týmto späťvzatím podľa ust. § 208 O.s.p. zo dňa 23.03.2016. Vzhľadom k uvedenému odvolací súd pripustil späťvzatie žaloby žalobcom, rozsudok okresného súdu v napadnutom výroku ktorým určil, že právne úkony úpadcu: KVALIT, s.r.o., so sídlom Zákamenné 294, 029 56 Zákamenné, IČO: 36 376 027: výdaje finančnej hotovosti z pokladne úpadcu za účelom úhrad faktúr: v sume 9.000 Eur zo dňa 10.8.2011, v sume 7.884 Eur zo dňa 16.8.2011, v sume 4.503,53 Eur zo dňa 16.8.2011, v sume 7.500 Eur zo dňa 26.8.2011, v sume 500 Eur zo dňa 18.11.2011, v sume 8.825,40 Eur zo dňa 8.10.2011, v sume 13.000 Eur zo dňa 18.11.2011 a v sume 3.500 Eur zo dňa 24.11.2011 v celkovej výške 54.712,93 Eur v prospech žalovaného a Zmluva o vzájomnom zápočte vo výške 6.722,52 Eur zo dňa 3.11.2011 sú v konkurze vedenom na Okresnom súde Žilina pod sp. zn. 1K/7/2012 na majetok úpadcu: KVALIT, s.r.o., so sídlom Zákamenné 294, 029 56 Zákamenné, IČO: 36 376 027 voči veriteľom úpadcu neúčinné a vo výroku o povinnosti žalovaného zaplatiť do všeobecnej podstaty úpadcu KVALIT, s.r.o., Zákamenné 294, 029 56 Zákamenné, IČO: 36 376 027 sumu 61.435,45 Eur zrušil a konanie o určenie neúčinnosti právnych úkonov v tejto časti zastavil. O trovách prvostupňového a odvolacieho konania bolo rozhodnuté podľa § 224 ods. 1 O.s.p. v spojení s ust. § 146 ods. 1 písm. c) O.s.p., keďže nebol zistený ani tvrdený dôvod postupu pre rozhodnutie o náhrade trov prvostupňového a odvolacieho konania podľa § 146 ods. 1, 2 O.s.p.. V danom prípade nebol dôvod postupovať podľa § 151 ods. 4 O.s.p., pretože žalobca v podaní zo dňa 22.03.2016 a žalovaný v podaní zo dňa 23.03.2016 uviedli, že navrhujú žiadnemu z účastníkov náhradu trov konania nepriznať. Pri aplikácii ust. § 146 ods. 1 písm. c) O.s.p., podľa ktorého žiaden z účastníkov nemá právo na náhradu trov konania podľa jeho výsledku, ak konanie bolo zastavené, krajský súd rešpektoval prejavenú vôľu žalobcu a žalovaného, ktorí zhodne uviedli, že navrhujú žiadnemu z účastníkov náhradu trov konania nepriznať a ani si náhradu trov súdneho konania neuplatnili. Poučenie: Proti tomuto uzneseniu odvolanie n i e j e prípustné.</w:t>
      </w:r>
    </w:p>
    <w:p/>
    <w:p>
      <w:r>
        <w:t>Zdroj: KAUZIS.SK – https://www.kauzis.sk/judikatura/r/ECLI:SK:KSZA:2016:5113218295.3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