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Žilina sp. zn. 13CoZm/37/2015 z 16. 2. 2016</w:t>
      </w:r>
    </w:p>
    <w:p>
      <w:r>
        <w:t>Rozsudok Krajského súdu Žilina z 16. februára 2016, sp. zn. 13CoZm/37/2015, ECLI:SK:KSZA:2016:5113224547.2</w:t>
      </w:r>
    </w:p>
    <w:p>
      <w:r>
        <w:t>Súd: Krajský súd Žilina</w:t>
      </w:r>
    </w:p>
    <w:p>
      <w:r>
        <w:t>Spisová značka: 13CoZm/37/2015</w:t>
      </w:r>
    </w:p>
    <w:p>
      <w:r>
        <w:t>ECLI: ECLI:SK:KSZA:2016:5113224547.2</w:t>
      </w:r>
    </w:p>
    <w:p>
      <w:r>
        <w:t>Dátum vydania: 16. 2. 2016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125163</w:t>
      </w:r>
    </w:p>
    <w:p/>
    <w:p>
      <w:r>
        <w:t>Zdroj: KAUZIS.SK – https://www.kauzis.sk/judikatura/r/ECLI:SK:KSZA:2016:5113224547.2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