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5Co/324/2016 z 30. 10. 2016</w:t>
      </w:r>
    </w:p>
    <w:p>
      <w:r>
        <w:t>Uznesenie Krajského súdu Žilina z 30. októbra 2016, sp. zn. 5Co/324/2016, ECLI:SK:KSZA:2016:5114224292.3</w:t>
      </w:r>
    </w:p>
    <w:p>
      <w:r>
        <w:t>Súd: Krajský súd Žilina</w:t>
      </w:r>
    </w:p>
    <w:p>
      <w:r>
        <w:t>Spisová značka: 5Co/324/2016</w:t>
      </w:r>
    </w:p>
    <w:p>
      <w:r>
        <w:t>ECLI: ECLI:SK:KSZA:2016:5114224292.3</w:t>
      </w:r>
    </w:p>
    <w:p>
      <w:r>
        <w:t>Dátum vydania: 30. 10. 2016</w:t>
      </w:r>
    </w:p>
    <w:p>
      <w:r>
        <w:t>Forma: Uznesenie</w:t>
      </w:r>
    </w:p>
    <w:p>
      <w:r>
        <w:t>Oblasť práva: Občianske právo</w:t>
      </w:r>
    </w:p>
    <w:p>
      <w:pPr>
        <w:pStyle w:val="Heading2"/>
      </w:pPr>
      <w:r>
        <w:t>Text rozhodnutia</w:t>
      </w:r>
    </w:p>
    <w:p>
      <w:r>
        <w:t>Súd: Krajský súd Žilina Spisová značka: 5Co/324/2016 Identifikačné číslo súdneho spisu: 5114224292 Dátum vydania rozhodnutia: 31. 10. 2016 Meno a priezvisko sudcu, VSÚ: JUDr. Miroslav Jamrich ECLI: ECLI:SK:KSZA:2016:5114224292.3 Uznesenie Krajský súd v Žiline ako súd odvolací, v senáte zloženom z predsedu senátu JUDr. Miroslava Jamricha a členov senátu JUDr. Dagmar Cabadajovej a JUDr. Gabriely Veselovej, v právnej veci žalobcu: Allianz - Slovenská poisťovňa a.s., IČO: 00 151 700, so sídlom v Bratislave, Dostojevského rad č. 4, proti žalovaným v rade: 1/ T. H., st., nar. X.X.XXXX, bytom D., ul. A. č. XXX/XX, 2/ Q. V., nar. X.X.XXXX, bytom T. č. XXXX, právne zastúpený JUDr. Janou Hanulákovou, DiS., advokátkou, so sídlom T. XXX, v konaní o zaplatenie 2.508,24 eur s príslušenstvom, v dôsledku späťvzatia odvolania podaného žalovaným v rade 2/ proti časti rozsudku Okresného súdu Žilina zo dňa 9.6.2016 č.k. 14C/304/2014-113, takto r o z h o d o l : Krajský súd odvolacie konanie v dôsledku späťvzatia odvolania žalovaným v rade 2/ (odporcom v rade 2), pôvodne podaného proti časti rozsudku Okresného súdu Žilina, v ktorej uložil súd prvej inštancie žalovanému v rade 2/ povinnosť zaplatiť žalobcovi (navrhovateľovi) sumu 2.508,24 eur spolu s úrokom z omeškania vo výške 5,05 % ročne od 27.1.2015 do zaplatenia, do 3 dní od právoplatnosti rozsudku, z a s t a v u j e . V ostatných častiach ponecháva rozsudok okresného súdu n e d o t k n u t ý . Žalobcovi p r i z n á v a náhradu trov tohto odvolacieho konania voči žalovanému v rade 2/ v plnom rozsahu. o d ô v o d n e n i e : 1. Okresný súd Žilina ako súd prvej inštancie rozhodol rozsudkom zo dňa 9.6.2016 tak, že súd návrh navrhovateľa voči odporcovi v 1/ rade zamieta. Odporca v 2/ rade je povinný zaplatiť navrhovateľovi 2.508,24 eur spolu s úrokom z omeškania vo výške 5,05% ročne od 27.1.2015 do zaplatenia, do troch dní od právoplatnosti rozsudku. Súd návrh voči odporcovi v 2/ rade vo zvyšku zamieta. O náhrade trov konania bude rozhodnuté do 30 dní od právoplatnosti rozsudku. 2. Proti časti uvedeného rozsudku podal pôvodne žalovaný v rade 2/ odvolanie, ktoré však písomným podaním zo dňa 5.10.2016 vzal v celom rozsahu podaného odvolania späť s uvedením, že dlžnú sumu zaplatil žalobcovi. Žiadal preto odvolacie konanie zastaviť. 3. Podľa ust. § 369 ods. 1 Civilného sporového poriadku (zák. č. 160/2015 Z.z. účinný od 01.07.2016 - ďalej len „CSP“) v spojitosti s § 2 ods. 2 Civilného mimosporového poriadku (zák. č. 161/2015 Z.z. účinný od 01.07.2016 - ďalej len „CMP“)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4. Odvolací súd vzhľadom na vyššie uvedené skutočnosti rozhodol bez nariadenia ústneho pojednávania podľa § 385 ods. 1 a contrario CSP uznesením podľa § 392 CSP bez preskúmavania rozsudku súdu prvej inštancie a v dôsledku späťvzatia odvolania podľa § 369 ods. 3 CSP odvolacie konanie zastavil. 5. O trovách tohto odvolacieho konania rozhodol odvolací súd podľa ust. § 251 a nasl. CSP v spojitosti s § 396 ods. 1 CSP. Podľa § 256 ods. 1 CSP, ak strana procesne zavinila zastavenie konania, súd prizná náhradu trov konania protistrane. Keďže zastavenie konania zavinil odvolateľ v dôsledku späťvzatia predtým podaného odvolania, odvolací súd priznal na základe uvedených zákonných ustanovení nárok na náhradu trov odvolacieho konania žalobcovi voči žalovanému v rade 2/ (odvolateľovi) v plnom rozsahu. Podľa § 262 ods. 2 CSP, o výške náhrady trov tohto odvolacieho konania rozhodne súd prvej inštancie po právoplatnosti rozhodnutia, ktorým sa konanie končí, samostatným uznesením, ktoré vydá súdny úradník. 6.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https://www.kauzis.sk/judikatura/r/ECLI:SK:KSZA:2016:5114224292.3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