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9Co/59/2016 z 1. 3. 2016</w:t>
      </w:r>
    </w:p>
    <w:p>
      <w:r>
        <w:t>Uznesenie Krajského súdu Žilina z 1. marca 2016, sp. zn. 9Co/59/2016, ECLI:SK:KSZA:2016:5114230948.1</w:t>
      </w:r>
    </w:p>
    <w:p>
      <w:r>
        <w:t>Súd: Krajský súd Žilina</w:t>
      </w:r>
    </w:p>
    <w:p>
      <w:r>
        <w:t>Spisová značka: 9Co/59/2016</w:t>
      </w:r>
    </w:p>
    <w:p>
      <w:r>
        <w:t>ECLI: ECLI:SK:KSZA:2016:5114230948.1</w:t>
      </w:r>
    </w:p>
    <w:p>
      <w:r>
        <w:t>Dátum vydania: 1.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9Co/59/2016 Identifikačné číslo súdneho spisu: 5114230948 Dátum vydania rozhodnutia: 02. 03. 2016 Meno a priezvisko sudcu, VSÚ: JUDr. Ján Burik ECLI: ECLI:SK:KSZA:2016:5114230948.1 Uznesenie Krajský súd v Žiline, ako súd odvolací, v právnej veci navrhovateľa: Y. B., nar. XX.X.XXXX, bytom M. L. XX, V., zastúpený spoločnosťou JUDr. Dušan Divko, advokát, s.r.o., so sídlom Šoltésovej 346/1, Považská Bystrica, IČO: 36 860 654, proti odporcovi: B. M., nar. XX.X.XXXX, bytom B. XXX/X, P., zastúpený spoločnosťou Advokátska kancelária Chlapík, s.r.o., so sídlom Sládkovičova 13, Žilina, IČO: 47 232 072, v konaní o vypratanie nehnuteľnosti, o späťvzatí návrhu na začatie konania po vyhlásení rozsudku Okresného súdu Žilina, č. k. 8C/292/2014-90 zo dňa 11. mája 2015, takto r o z h o d o l : P r i p ú š ť a späťvzatie návrhu na začatie konania, rozsudok Okresného súdu Žilina, č. k. 8C/292/2014-90 zo dňa 11. mája 2015 zrušuje a konanie vo veci z a s t a v u j e . Žiaden z účastníkov n e m á právo na náhradu trov konania. o d ô v o d n e n i e : Okresný súd rozsudkom zamietol návrh a odporcovi náhradu trov konania nepriznal. Proti tomuto rozsudku, v celom rozsahu, podal odvolanie navrhovateľ. Odporca sa odvolal iba do výroku o náhrade trov konania. Po vyhlásení rozsudku okresného súdu, ktorý ešte nenadobudol právoplatnosť, vzal navrhovateľ podaním zo dňa 24.9.2015 svoj návrh na začatie konania v celom rozsahu späť a navrhol konanie zastaviť, nakoľko uzavrel s odporcom dohodu o urovnaní. Odporca na výzvu, či súhlasí so späťvzatím návrhu, uviedol, že s týmto späťvzatím súhlasí a nežiada náhradu trov konania ani právneho zastúpenia. V zmysle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Vychádzajúc z citovaného zákonného ustanovenia vzhľadom na skutočnosť, že navrhovateľ zobral návrh späť skôr, než rozhodnutie prvostupňového súdu nadobudlo právoplatnosť, a odporca so späťvzatím súhlasil, odvolací súd pripustil späťvzatie návrhu, rozsudok súdu prvého stupňa zrušil a konanie zastavil. O trovách konania rozhodol súd podľa § 146 ods. 1 písm. c/ O.s.p. a žiadnemu z účastníkov náhradu trov konania nepriznal, nakoľko toto bolo zastavené. Poučenie: Proti tomuto uzneseniu odvolanie nie je prípustné.</w:t>
      </w:r>
    </w:p>
    <w:p/>
    <w:p>
      <w:r>
        <w:t>Zdroj: KAUZIS.SK – https://www.kauzis.sk/judikatura/r/ECLI:SK:KSZA:2016:5114230948.1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