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7Co/184/2016 z 14. 6. 2016</w:t>
      </w:r>
    </w:p>
    <w:p>
      <w:r>
        <w:t>Uznesenie Krajského súdu Žilina z 14. júna 2016, sp. zn. 7Co/184/2016, ECLI:SK:KSZA:2016:5115200495.2</w:t>
      </w:r>
    </w:p>
    <w:p>
      <w:r>
        <w:t>Súd: Krajský súd Žilina</w:t>
      </w:r>
    </w:p>
    <w:p>
      <w:r>
        <w:t>Spisová značka: 7Co/184/2016</w:t>
      </w:r>
    </w:p>
    <w:p>
      <w:r>
        <w:t>ECLI: ECLI:SK:KSZA:2016:5115200495.2</w:t>
      </w:r>
    </w:p>
    <w:p>
      <w:r>
        <w:t>Dátum vydania: 14.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7Co/184/2016 Identifikačné číslo súdneho spisu: 5115200495 Dátum vydania rozhodnutia: 15. 06. 2016 Meno a priezvisko sudcu, VSÚ: Mgr. Katarína Beniačová ECLI: ECLI:SK:KSZA:2016:5115200495.2 Uznesenie Krajský súd v Žiline, ako súd odvolací, v právnej veci navrhovateľa: Provident Financial, s.r.o., so sídlom v Bratislave, Mlynské Nivy 49, IČO: 35 805 731, proti odporkyni: P. K., nar. XX.XX.XXXX, bytom v D., Q. B. XXXX/XX, o zaplatenie 631, 50 Eur s prísl., o späťvzatí návrhu po vydaní rozsudku Okresného súdu Žilina zo dňa 29. júla 2015, č. k. 17C/11/2015-35, takto r o z h o d o l : P r i p ú š ť a späťvzatie návrhu na začatie konania, rozsudok Okresného súdu Žilina č.k. 17C/11/2015-35 zo dňa 29. júla 2015 z r u š u j e a konanie z a s t a v u j e. Odporkyni náhradu trov konania n e p r i z n á v a. o d ô v o d n e n i e : Napadnutým rozsudkom zo dňa 29. júla 2015 okresný súd zaviazal odporcu na zaplatenie sumy 201, 50 Eur s prísl. do 3 dní od právoplatnosti rozhodnutia. Navrhovateľovi bolo rozhodnutie doručené 06.08.2015, odporkyni náhradným spôsobom 08.01.2016. Dňa 20.08.2015 bolo okresnému súdu doručené odvolanie proti rozsudku, ktoré podal navrhovateľ. Následne, v čase, keď ešte nebolo rozhodnutie okresného súdu právoplatné, bolo okresnému súdu dňa 25.08.2015 doručené podanie navrhovateľa, ktorým zobral svoj návrh na začatie konania v celom rozsahu späť so žiadosťou o zastavenie konania.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pri preskúmavaní danej veci zistil, že okresný súd dňa 16.02.2016 vyzval odporkyňu, aby sa v lehote do 10 dní od doručenia výzvy vyjadrila, či so späťvzatím návrhu súhlasí, prípadne aby uviedla dôvody svojho nesúhlasu. Výzva na vyjadrenie sa k späťvzatiu návrhu bola odporkyni doručená prostredníctvom zamestnávateľa dňa 26.04.2016. Tá sa k výzve v určenej lehote nevyjadrila, čím v zásade nevyjadrila svoj nesúhlas s týmto úkonom. V súvislosti s vyššie uvedeným, odvolací súd po zistení, že sú splnené všetky podmienky podľa ust. § 208 O.s.p., rozhodol o pripustení späťvzatia návrhu na začatie konania, napadnutý rozsudok okresného súdu zrušil a konanie vo veci zastavil. Podľa § 146 ods. 2 prvá veta O.s.p. ak niektorý z účastníkov zavinil, že konanie sa muselo zastaviť, je povinný uhradiť jeho trovy. O náhrade trov konania rozhodol odvolací súd podľa ust. § 224 ods. 1 OSP v spojení s § 146 ods. 2 O.s.p. Navrhovateľ dôvod späťvzatia žaloby neuviedol, preto má odvolací súd za to, že z procesného hľadiska zastavenie konania vyvolal navrhovateľ späťvzatím žaloby. Na strane odporkyne tak vzniklo právo na náhradu trov konania. Odporkyňa však vo vzťahu k náhrade trov konania nevykonala žiadny návrh v zmysle § 151 ods. 1 O.s.p., preto jej súd náhradu trov konania nepriznal. Poučenie: Proti tomuto uzneseniu odvolanie n i e j e prípustné.</w:t>
      </w:r>
    </w:p>
    <w:p/>
    <w:p>
      <w:r>
        <w:t>Zdroj: KAUZIS.SK – https://www.kauzis.sk/judikatura/r/ECLI:SK:KSZA:2016:5115200495.2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