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5CoP/38/2016 z 29. 6. 2016</w:t>
      </w:r>
    </w:p>
    <w:p>
      <w:r>
        <w:t>Uznesenie Krajského súdu Žilina z 29. júna 2016, sp. zn. 5CoP/38/2016, ECLI:SK:KSZA:2016:5115210647.1</w:t>
      </w:r>
    </w:p>
    <w:p>
      <w:r>
        <w:t>Súd: Krajský súd Žilina</w:t>
      </w:r>
    </w:p>
    <w:p>
      <w:r>
        <w:t>Spisová značka: 5CoP/38/2016</w:t>
      </w:r>
    </w:p>
    <w:p>
      <w:r>
        <w:t>ECLI: ECLI:SK:KSZA:2016:5115210647.1</w:t>
      </w:r>
    </w:p>
    <w:p>
      <w:r>
        <w:t>Dátum vydania: 29. 6. 2016</w:t>
      </w:r>
    </w:p>
    <w:p>
      <w:r>
        <w:t>Forma: Uznesenie</w:t>
      </w:r>
    </w:p>
    <w:p>
      <w:r>
        <w:t>Oblasť práva: Rodinné právo</w:t>
      </w:r>
    </w:p>
    <w:p>
      <w:pPr>
        <w:pStyle w:val="Heading2"/>
      </w:pPr>
      <w:r>
        <w:t>Text rozhodnutia</w:t>
      </w:r>
    </w:p>
    <w:p>
      <w:r>
        <w:t>Súd: Krajský súd Žilina Spisová značka: 5CoP/38/2016 Identifikačné číslo súdneho spisu: 5115210647 Dátum vydania rozhodnutia: 30. 06. 2016 Meno a priezvisko sudcu, VSÚ: JUDr. Dagmar Cabadajová ECLI: ECLI:SK:KSZA:2016:5115210647.1 Uznesenie Krajský súd v Žiline ako súd odvolací, vo veci starostlivosti o maloleté dieťa B. V., nar. XX.XX.XXXX, zastúpený kolíznym opatrovníkom Úradom práce, sociálnych vecí a rodiny Žilina, dieťa rodičov matky: Z. V., nar. XX.XX.XXXX, trvale B. XXX/, D. a otca: V. V., nar. XX.XX.XXXX, trvale bytom B. XXX/X, D., o zníženie výživného, o odvolaní otca maloletého dieťaťa proti rozsudku Okresného súdu Žilina č.k. 30P/105/2015-269 zo dňa 20.4.2016, takto r o z h o d o l : Krajský súd odvolanie otca maloletého dieťaťa o d m i e t a . Žiaden z účastníkov n e m á p r á v o na náhradu trov odvolacieho konania. o d ô v o d n e n i e : Napadnutým rozsudkom okresný súd návrh otca na zníženie výživného na mal. B. zamietol. Žiadnemu z účastníkov nepriznal právo na náhradu trov konania. Otec maloletého dieťaťa podal proti rozsudku okresného súdu odvolanie, v ktorom namietal nesprávnosť rozhodnutia súdu prvého stupňa. Žiadal, aby jeho návrhu na zníženie výživného na maloleté dieťa bolo vyhovené. Skôr, než odvolací súd pristúpil k vecnému preskúmaniu napadnutého rozhodnutia, zaoberal sa včasnosťou podaného odvolania. Podané odvolanie musí spĺňať podmienky predpísané zákonom, aby vyvolalo zamýšľané právne následky, t.j. aby došlo k jeho vecnému prejednaniu odvolacím súdom. Tieto podmienky právna teória rozdeľuje na podmienky subjektívne a objektívne. Objektívnou podmienkou je aj podmienka, podľa ktorej odvolanie musí byť podané včas, t.j. v rámci odvolacej lehoty podľa ust. § 204 ods. 1 veta prvá O.s.p. V zmysle ust. § 204 ods. 1 veta prvá O.s.p., odvolanie sa podáva do 15 dní od doručenia rozhodnutia na súde proti rozhodnutiu, ktorého smeruje. Odvolacia lehota je zákonnou lehotou, teda ju nemožno predĺžiť ani skrátiť. Je procesnou lehotou, čo znamená, že začína plynúť dňom, kedy nasleduje po dni, keď došlo ku skutočnosti určujúcej začiatok lehoty, t.j. po dni doručenia rozhodnutia. V zmysle ust. § 57 ods. 1 - 3 O.s.p., do plynutia lehoty sa nezapočítava deň, keď došlo k skutočnosti určujúcej začiatok lehoty. Lehoty určené podľa týždňov, mesiacov alebo rokov sa končia uplynutím toho dňa, ktorý sa svojim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Preskúmaním spisového materiálu odvolací súd zistil, že okresný súd rozhodol vo veci rozsudkom č.k. 30P/105/2015-269 dňa 20.4.2016. Rozsudok okresného súdu bol doručený otcovi maloletého dieťaťa dňa 11.5.2016. Zákonom stanovená odvolacia lehota začala plynúť nasledujúcim dňom, t.j. 12.5.2016 (štvrtok) a posledným dňom lehoty bol deň 26.5.2016 (štvrtok), t.j. zákonná lehota na podanie odvolania uplynula dňa 26.5.2016.Otec maloletého dieťaťa podal odvolanie osobne na súd dňa 30.6.2016, teda až po uplynutí odvolacej lehoty. V zmysle ust. § 218 ods. 1 písm. a) O.s.p., odvolací súd odmietne odvolanie, ktoré bolo podané oneskorene. Krajský súd z uvedených dôvodov bez nariadenia pojednávania v zmysle ust. § 214 ods. 2 O.s.p. odvolanie otca maloletého dieťaťa odmietol ako oneskorene podané v zmysle ust. § 218 ods. 1 písm. a) O.s.p. V odvolacom konaní žiadnemu z účastníkov v súvislosti s odvolacím konaním trovy nevznikli, a preto odvolací súd rozhodol tak, ako je uvedené vo výroku uznesenia. Rozhodnutie odvolacieho súdu bolo prijaté hlasovaním v pomere hlasov 3:0. Poučenie: Proti tomuto uzneseniu nie je prípustný ďalší riadny opravný prostriedok.</w:t>
      </w:r>
    </w:p>
    <w:p/>
    <w:p>
      <w:r>
        <w:t>Zdroj: KAUZIS.SK – https://www.kauzis.sk/judikatura/r/ECLI:SK:KSZA:2016:5115210647.1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