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13Cob/182/2016 z 5. 9. 2016</w:t>
      </w:r>
    </w:p>
    <w:p>
      <w:r>
        <w:t>Uznesenie Krajského súdu Žilina z 5. septembra 2016, sp. zn. 13Cob/182/2016, ECLI:SK:KSZA:2016:5115217217.1</w:t>
      </w:r>
    </w:p>
    <w:p>
      <w:r>
        <w:t>Súd: Krajský súd Žilina</w:t>
      </w:r>
    </w:p>
    <w:p>
      <w:r>
        <w:t>Spisová značka: 13Cob/182/2016</w:t>
      </w:r>
    </w:p>
    <w:p>
      <w:r>
        <w:t>ECLI: ECLI:SK:KSZA:2016:5115217217.1</w:t>
      </w:r>
    </w:p>
    <w:p>
      <w:r>
        <w:t>Dátum vydania: 5. 9. 2016</w:t>
      </w:r>
    </w:p>
    <w:p>
      <w:r>
        <w:t>Forma: Uznesenie</w:t>
      </w:r>
    </w:p>
    <w:p>
      <w:r>
        <w:t>Oblasť práva: Obchodné právo</w:t>
      </w:r>
    </w:p>
    <w:p>
      <w:pPr>
        <w:pStyle w:val="Heading2"/>
      </w:pPr>
      <w:r>
        <w:t>Text rozhodnutia</w:t>
      </w:r>
    </w:p>
    <w:p>
      <w:r>
        <w:t>Súd: Krajský súd Žilina Spisová značka: 13Cob/182/2016 Identifikačné číslo súdneho spisu: 5115217217 Dátum vydania rozhodnutia: 06. 09. 2016 Meno a priezvisko sudcu, VSÚ: JUDr. Mária Dubcová ECLI: ECLI:SK:KSZA:2016:5115217217.1 Uznesenie Krajský súd v Žiline ako súd odvolací v senáte zloženom z predsedníčky senátu JUDr. Márie Dubcovej a členov senátu JUDr. Zuzany Štolcovej a JUDr. Róberta Bebčáka, v právnej veci žalobcu: SANTRADE s.r.o., so sídlom Na Sychrově 8/975, Praha 10, PSČ 10100, Česká republika, IČO: 261 80 782, proti žalovanému: IPP.SK, spol. s r.o., so sídlom M. R. Štefánika 40, 010 01 Žilina, IČO: 46 615 440, v konaní o zaplatenie 49.000 Eur s príslušenstvom, o odvolaní žalobcu proti uzneseniu Okresného súdu Žilina č.k. 18Cb/20/2015-19 zo dňa 31.08.2015, takto r o z h o d o l : Odvolanie žalobcu zo dňa 23.9.2015 proti uzneseniu Okresného súdu Žilina č.k. 18Cb/20/2015-19 zo dňa 31.08.2015 o d m i e t a . o d ô v o d n e n i e : 1. Napadnutým uznesením okresný súd konanie zastavil. V odôvodnení uviedol, že žalobca sa doručenou žalobou na Okresný súd Žilina dňa 05.06.2015 domáhal voči žalovanému zaplatenia sumy 49.000 Eur s príslušenstvom a náhrady trov konania. Výzvou č.k. 18Cb/20/2015-14 zo dňa 17.06.2015 okresný súd vyzval žalobcu, aby v lehote 10 dní zaplatil súdny poplatok za podanú žalobu vo výške 2.940 Eur, vyrubený podľa položky č. 1 písm. a) Sadzobníka súdnych poplatkov, ktorý tvorí prílohu zákona č. 71/1992 Zb. o súdnych poplatkoch a poplatku za výpis z registra trestov (ďalej len „zákon č. 71/1992 Zb.“). Výzva zo dňa 17.06.2015 bola doručená žalobcovi dňa 03.08.2015. Okresný súd poukázal na ust. § 10 ods. 1 zákona č. 71/1992 Zb. v spojení s ust. § 10 ods. 3 citovaného zákona a konštatoval, že pokiaľ žalobca nezaplatil súdny poplatok za podanú žalobu v zákonnej lehote, ani do momentu rozhodovania okresným súdom, tak konanie bolo zastavené. 2. Proti tomuto uzneseniu v zákonnej lehote podal odvolanie žalobca. Uviedol, že svoje odvolanie bližšie odôvodní a uvedie, v čom vidí nesprávnosť napadnutého rozhodnutia, čoho sa domáha, dodatočne po tom, čo si zabezpečí právneho zástupcu z radov advokátov v Slovenskej republike. 3. Okresný súd uznesením č.k. 18Cb/20/2015-33 zo dňa 12.04.2016 vyzval žalobcu, aby v lehote 10 dní od doručenia uznesenia svoje podanie označené ako odvolanie proti uzneseniu zo dňa 31.08.2015 doplnil o nasledovné skutočnosti: - v akom rozsahu napáda predmetné rozhodnutie súdu č.k. 18Cb/20/2015-19 zo dňa 31.08.2015, v čom toto rozhodnutie alebo postup súdu považuje za nesprávny, - čoho sa odvolaním domáha (aký je odvolací návrh), t.j. ako má konkrétne o odvolaní súd rozhodnúť, - predložiť doplnenie podania - odvolania v potrebnom počte rovnopisov tak, aby jeden rovnopis zostal v spise na súde a aby každý účastník dostal jeden rovnopis. 4. Predmetné rozhodnutie bolo doručené žalobcovi v zmysle doručeniek na č.l. 35 rub spisu. 5. Krajský súd v Žiline ako súd odvolací (§ 34 zákona č. 160/2015 Z.z. Civilný sporový poriadok, ďalej len „CSP“) postupom bez nariadenia pojednávania odvolanie žalobcu zo dňa 23.9.2015 proti uzneseniu Okresného súdu Žilina č.k. 18Cb/20/2015-19 zo dňa 31.08.2015 odmietol podľa ust. § 386 písm. d) CSP, keďže nemalo náležitosti riadneho odvolania podľa ust. § 363 CSP (§ 205 ods. 1 a 2 O.s.p.). Rozhodnutie bolo prijaté hlasovaním v pomere hlasov 3:0. Z obsahu spisového materiálu bolo zistené, že žalobca doručil na Okresný súd v Žiline dňa 05.06.2015 žalobu o zaplatenie 49.000 Eur spolu s príslušenstvom. Výzvou Okresného súdu Žilina č.k. 18Cb/20/2015-14 zo dňa 17.6.2015 bol žalobca vyzvaný na zaplatenie súdneho poplatku z podanej žaloby v sume 2.940 Eur podľa položky č. 1 písm. a) Sadzobníka súdnych poplatkov zákona č. 71/1992 Zb., a to v lehote 10 dní od doručenia výzvy. Žalobca v predmetnej výzve bol súčasne poučený, že ak nebude poplatok v určenej lehote zaplatený, okresný súd konanie zastaví podľa ust. § 10 ods. 1 zákona č. 71/1992 Zb.. Z dôvodu, že okresný súd zistil nezaplatenie súdneho poplatku z podanej žaloby žalobcom, napadnutým uznesením konanie zastavil v spojení s ust. § 10 ods. 1, 3 zákona č. 71/1992 Zb.. Proti uzneseniu okresného súdu o zastavení konania v zákonnej lehote podal odvolanie žalobca v podaní zo dňa 23.9.2015 (č.l. 22 - 23 spisu), v ktorom uviedol, že dodatočne uvedie dôvody svojho odvolania, ako aj dôvody nesprávnosti napadnutého rozhodnutia po tom, čo si zabezpečí právneho zástupcu z radov advokátov v Slovenskej republike. Z titulu takto podaného odvolania, ktoré k dátumu uskutočneného úkonu odvolania nemalo náležitosti v zmysle ust. § 205 ods. 1 a 2 O.s.p., bol žalobca uznesením Okresného súdu Žilina č.k. 18Cb/20/2015-33 zo dňa 12.04.2016 vyzvaný, aby v lehote 10 dní od doručenia uznesenia svoje odvolanie doplnil o náležitosti, a to: - v akom rozsahu sa napáda rozhodnutie okresného súdu č.k. 18Cb/20/2015-19 zo dňa 31.08.2015, v čom sa toto rozhodnutie alebo postup okresného súdu považuje za nesprávny, - čoho sa žalobca odvolaním domáha spolu s doložením podania v potrebnom počte rovnopisov tohto odvolania tak, aby bol jeden rovnopis zaslaný druhej sporovej strane a jeden zostal v spise. Predmetné uznesenie okresného súdu na odstránenie vád žalobcom podaného odvolania bolo doručené žalobcovi podľa doručenky na č.l. 35 rub spisu dňa 23.05.2016. Žalobca vady podaného odvolania neodstránil ani do momentu konania a rozhodovania krajským súdom, pričom išlo o také nedostatky podaného odvolania žalobcu, pre ktoré nebolo možné, aby Krajský súd v Žiline ako súd odvolací konal, preto odvolanie žalobcu zo dňa 23.9.2015 odmietol, keďže nemalo zákonom požadované náležitosti, ak žalobca neuviedol, v čom napádané rozhodnutie okresného súdu považuje za nesprávne, resp. v čom považuje postup okresného súdu za nesprávny, čoho sa odvolaním domáha. Súčasne k úplnosti veci krajský súd uvádza, že k dátumu jeho rozhodovania nebolo zistené, že by žalobca zaplatil súdny poplatok z podanej žaloby, aby bolo možné zvrátiť zastavenie predmetného súdneho konania, a to práve zaplatením súdneho poplatku do momentu rozhodnutia Krajského súdu v Žiline ako súdu odvolacieho (Úradný záznam spísaný dňa 06.09.2016, podľa ktorého súdny poplatok z podanej žaloby nebol žalobcom zaplatený). Z dôvodu, že predmetná vec sa nachádzala v štádiu skúmania podmienok konania, ktorou bola podmienka zaplateného, resp. nezaplateného súdneho poplatku z podanej žaloby k tomu, aby bolo možné vo veci konať, ak okresný súd nerozhodoval o trovách konania, tak následne ani Krajský súd v Žiline ako súd odvolací nemal priestor k rozhodnutiu o nároku na náhradu trov odvolacieho konania.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https://www.kauzis.sk/judikatura/r/ECLI:SK:KSZA:2016:5115217217.1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