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Žilina sp. zn. 5Co/109/2016 z 14. 3. 2016</w:t>
      </w:r>
    </w:p>
    <w:p>
      <w:r>
        <w:t>Uznesenie Krajského súdu Žilina z 14. marca 2016, sp. zn. 5Co/109/2016, ECLI:SK:KSZA:2016:5115219704.2</w:t>
      </w:r>
    </w:p>
    <w:p>
      <w:r>
        <w:t>Súd: Krajský súd Žilina</w:t>
      </w:r>
    </w:p>
    <w:p>
      <w:r>
        <w:t>Spisová značka: 5Co/109/2016</w:t>
      </w:r>
    </w:p>
    <w:p>
      <w:r>
        <w:t>ECLI: ECLI:SK:KSZA:2016:5115219704.2</w:t>
      </w:r>
    </w:p>
    <w:p>
      <w:r>
        <w:t>Dátum vydania: 14. 3. 2016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Žilina Spisová značka: 5Co/109/2016 Identifikačné číslo súdneho spisu: 5115219704 Dátum vydania rozhodnutia: 15. 03. 2016 Meno a priezvisko sudcu, VSÚ: JUDr. Miroslav Jamrich ECLI: ECLI:SK:KSZA:2016:5115219704.2 Uznesenie Krajský súd v Žiline ako súd odvolací, právnej veci navrhovateľa: Mgr. Z. X., nar. XX.X.XXXX, bytom I., Ul. A. Y. XXX/X, občan SR, proti odporcovi: F. Z., nar. X.XX.XXXX, bytom Y. J. I., ul. Dr. H. H. XXX/XXX, občan SR, o zaplatenie 465 eur s príslušenstvom, o odvolaní odporcu proti rozsudku Okresného súdu v Žiline zo dňa 16.12.2015 č.k. 17C/317/2015-34, takto r o z h o d o l : Krajský súd odvolanie odporcu o d m i e t a ako oneskorene podané. Žiaden z účastníkov n e m á p r á v o na náhradu trov odvolacieho konania. o d ô v o d n e n i e : Okresný súd rozsudkom rozhodol tak, že odporca je povinný zaplatiť navrhovateľke sumu 465,- eur spolu s úrokom z omeškania 8,05 % ročne zo sumy 465,- eur od 25.8.2015 až do zaplatenia, a to všetko do troch dní od právoplatnosti tohto rozhodnutia. Vo zvyšnej časti uplatneného úroku z omeškania súd návrh navrhovateľky zamieta. Navrhovateľke súd právo na náhradu trov konania nepriznáva. Odporca je povinný zaplatiť na účet tunajšieho súdu súdny poplatok z podaného návrhu vo výške 27,50 eur do troch dní od právoplatnosti tohto rozhodnutia. Rozsudok v jeho písomnom vyhotovení náležite odôvodnil. Proti rozsudku prvostupňového súdu podal stručné odvolanie odporca, ktorý v ňom len uviedol, že na pojednávaní škodu priznal a je ochotný ju zaplatiť, ale len vo výške stanovenej znaleckým posudkom. Navrhovateľka sa k podanému odvolaniu písomne nevyjadrila (písomným podaním požiadala len u urýchlenie konania). Krajský súd z obsahu spisu zistil, že rozsudok bol doručený odporcovi do vlastných rúk 21.12.2015, v ktorom okrem iného bolo riadne uvedené aj poučenie o lehote na podanie odvolania. 15-dňová zákonná lehota podľa § 202 ods. 1 O.s.p. uplynula dňa 5.1.2016. Odporca podal osobne na súde odvolanie 7.1.2016, teda 2 dni po uplynutí zákonnej 15-dňovej odvolacej lehoty. Vzhľadom na vyššie uvedenú skutočnosť odvolací súd bez preskúmavania rozhodnutia prvostupňového súdu musel odvolanie odporcu podľa § 218 ods. 1 písm. a) O.s.p. odmietnuť, keďže bolo podané oneskorene. Odvolateľ v odvolacom konaní úspešný nebol, navrhovateľke však trovy odvolacieho konania nevznikli, preto odvolací súd rozhodol, že žiaden z účastníkov nemá právo na ich náhradu. Rozhodnutie odvolacieho súdu bolo prijaté hlasovaním v pomere hlasov 3:0. Poučenie: Proti tomuto uzneseniu nie je prípustný ďalší riadny opravný prostriedok.</w:t>
      </w:r>
    </w:p>
    <w:p/>
    <w:p>
      <w:r>
        <w:t>Zdroj: KAUZIS.SK – https://www.kauzis.sk/judikatura/r/ECLI:SK:KSZA:2016:5115219704.2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