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7Co/279/2016 z 25. 8. 2016</w:t>
      </w:r>
    </w:p>
    <w:p>
      <w:r>
        <w:t>Uznesenie Krajského súdu Žilina z 25. augusta 2016, sp. zn. 7Co/279/2016, ECLI:SK:KSZA:2016:5116201769.1</w:t>
      </w:r>
    </w:p>
    <w:p>
      <w:r>
        <w:t>Súd: Krajský súd Žilina</w:t>
      </w:r>
    </w:p>
    <w:p>
      <w:r>
        <w:t>Spisová značka: 7Co/279/2016</w:t>
      </w:r>
    </w:p>
    <w:p>
      <w:r>
        <w:t>ECLI: ECLI:SK:KSZA:2016:5116201769.1</w:t>
      </w:r>
    </w:p>
    <w:p>
      <w:r>
        <w:t>Dátum vydania: 25. 8. 2016</w:t>
      </w:r>
    </w:p>
    <w:p>
      <w:r>
        <w:t>Forma: Uznesenie</w:t>
      </w:r>
    </w:p>
    <w:p>
      <w:r>
        <w:t>Oblasť práva: Občianske právo</w:t>
      </w:r>
    </w:p>
    <w:p>
      <w:pPr>
        <w:pStyle w:val="Heading2"/>
      </w:pPr>
      <w:r>
        <w:t>Text rozhodnutia</w:t>
      </w:r>
    </w:p>
    <w:p>
      <w:r>
        <w:t>Súd: Krajský súd Žilina Spisová značka: 7Co/279/2016 Identifikačné číslo súdneho spisu: 5116201769 Dátum vydania rozhodnutia: 26. 08. 2016 Meno a priezvisko sudcu, VSÚ: Mgr. František Dulačka ECLI: ECLI:SK:KSZA:2016:5116201769.1 Uznesenie Krajský súd v Žiline, ako súd odvolací, v senáte zloženom z predsedu senátu Mgr. Františka Dulačku a členov senátu Mgr. Kataríny Beniačovej a Mgr. Márie Kašíkovej, v právnej veci žalobcu: Intrum Justitia Slovakia s.r.o., so sídlom v Bratislave, Karadžičova 8, IČO: 35 831 154, právne zastúpený JUDr. Jánom Šoltésom, advokátom so sídlom v T., P. X, proti žalovanému: J. C., nar. XX.XX.XXXX, bytom W., H. X, o zaplatenie istiny 4.770,08 Eur s prísl., na návrh žalobcu o čiastočné späťvzatie návrhu na začatie konania vedeného na Okresnom súde Žilina pod sp. zn. 6C/20/2016, takto r o z h o d o l : P r i p ú š ť a čiastočné späťvzatie návrhu na začatie konania v časti o zaplatenie zmluvných úrokov vo výške 281,36 Eur, v tejto časti rozsudok Okresného súdu Žilina z 31.03.2016, č. k. 6C/20/2016-44 z r u š u j e a konanie z a s t a v u j e . o d ô v o d n e n i e : 1. Rozsudkom z 31.03.2016, č.k. 6C/20/2016-44 okresný súd rozhodol tak, že žalovaný je povinný zaplatiť žalobcovi sumu 4.770,08 Eur spolu s úrokom z omeškania vo výške 8,75 % ročne zo sumy 4.488,72 Eur od 01.02.2013 do zaplatenia, do troch dní od právoplatnosti tohto rozsudku. Zároveň rozhodol o povinnosti žalovaného nahradiť žalobcovi trovy konania v sume 286 Eur titulom náhrady súdneho poplatku za návrh na začatie konania a v sume 430,92 Eur titulom náhrady trov právneho zastúpenia k rukám právneho zástupcu žalobcu do troch dní od jeho právoplatnosti. 2. Rozsudok okresného súdu Žilina z 31.03.2015, č. k. 6C/20/014-44, bol žalobcovi doručený 06.06.2016 a žalovanému 22.06.2016. 3. Následne, v čase, keď ešte nebolo rozhodnutie okresného súdu právoplatné, bolo okresnému súdu dňa 20.04.2016 doručené (na poštovú zásielku podané dňa 19.06.2016) podanie žalobcu, ktorým zobral svoj návrh na začatie konania v časti 281,36 Eur späť so žiadosťou o zastavenie konania v tejto časti. 4. Žalovaný sa k návrhu na začatie konania nevyjadril. Výzva na vyjadrenie k späťvzatiu zo dňa 02.07.2016 obsahovala aj doložku, že ak sa žalovaný v stanovenej lehote nevyjadrí, súd bude mať za to, že s návrhom žalobcu na späťvzatie návrhu v časti 281,36 Eur súhlasí.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370 ods. 3 CSP, ak je žaloba vzatá späť sčasti, použijú sa ustanovenia predchádzajúcich odsekov primerane. 8. V danej veci žalobca čiastočne zobral návrh späť o zaplatenie zmluvných úrokov vo výške 281,36 Eur, žalovaný sa k písomnej výzve súdu zo dňa 02.07.2016 nevyjadril, či s čiastočným späťvzatím žaloby nesúhlasí z vážnych dôvodov, pričom bol súdom zároveň poučený, že ak sa v stanovenej lehote nevyjadrí, súd bude mať za to, že so späťvzatím žaloby v uvedenej časti súhlasí. Krajský súd preto podľa § 370 ods. 1, 3 v spojení s § 391 ods. 1 CSP pripustil čiastočné späťvzatie žaloby o zaplatenie 281,36 Eur, rozsudok v tejto časti zrušil a konanie zastavil. 9. Rozhodnutie odvolacieho súdu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https://www.kauzis.sk/judikatura/r/ECLI:SK:KSZA:2016:5116201769.1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