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21S/162/2015 z 16. 5. 2017</w:t>
      </w:r>
    </w:p>
    <w:p>
      <w:r>
        <w:t>Rozsudok Krajského súdu Žilina z 16. mája 2017, sp. zn. 21S/162/2015, ECLI:SK:KSZA:2017:5015201045.2</w:t>
      </w:r>
    </w:p>
    <w:p>
      <w:r>
        <w:t>Súd: Krajský súd Žilina</w:t>
      </w:r>
    </w:p>
    <w:p>
      <w:r>
        <w:t>Spisová značka: 21S/162/2015</w:t>
      </w:r>
    </w:p>
    <w:p>
      <w:r>
        <w:t>ECLI: ECLI:SK:KSZA:2017:5015201045.2</w:t>
      </w:r>
    </w:p>
    <w:p>
      <w:r>
        <w:t>Dátum vydania: 16. 5. 2017</w:t>
      </w:r>
    </w:p>
    <w:p>
      <w:r>
        <w:t>Forma: Rozsudok</w:t>
      </w:r>
    </w:p>
    <w:p>
      <w:r>
        <w:t>Oblasť práva: Správne právo</w:t>
      </w:r>
    </w:p>
    <w:p>
      <w:pPr>
        <w:pStyle w:val="Heading2"/>
      </w:pPr>
      <w:r>
        <w:t>Text rozhodnutia</w:t>
      </w:r>
    </w:p>
    <w:p>
      <w:r>
        <w:t>Súd: Krajský súd Žilina Spisová značka: 21S/162/2015 Identifikačné číslo súdneho spisu: 5015201045 Dátum vydania rozhodnutia: 17. 05. 2017 Meno a priezvisko sudcu, VSÚ: JUDr. Veronika Poláčková ECLI: ECLI:SK:KSZA:2017:5015201045.2 ROZSUDOK V MENE SLOVENSKEJ REPUBLIKY Krajský súd v Žiline - ako správny súd, v senáte zloženom z predsedníčky senátu JUDr. Veroniky Poláčkovej a členov senátu JUDr. Eriky Šobichovej a JUDr. Zuzany Jančárovej, v právnej veci žalobcu: J. Z., nar. XX.XX.XXXX, F. XXX, XXX XX F., zastúpený advokátom: ADVOKÁTI Müller § Dikoš, s.r.o., Závodská cesta 3911/24, 010 01 Žilina, IČO: 36 864 455, proti žalovanému: Poľovnícke združenie Šerkov Kysucké Nové Mesto - Ochodnica, IČO: 31 939 805, zastúpený advokátom: Mgr. Miroslav Hanec, G. XXX, Y., v konaní o preskúmanie rozhodnutia členskej schôdze Poľovníckeho združenia PZ Šerkov, Kysucké Nové Mesto zo dňa 05.09.2015 č. K 2/2015, takto r o z h o d o l : Krajský súd v Žiline rozhodnutie mimoriadnej členskej schôdze Poľovníckeho združenia Šerkov, Kysucké Nové Mesto č. K 2/2015 z 05.09.2015 z r u š u j e a vec v r a c i a žalovanému na ďalšie konanie. Žalobcovi súd p r i z n á v a proti žalovanému nárok na náhradu trov konania. o d ô v o d n e n i e : 1. Žalobca sa žalobou zo dňa 13.11.2015, doručenou na krajský súd dňa 16.11.2015 domáhal preskúmania rozhodnutia žalovaného - rozhodnutia členskej schôdze zo dňa 05.09.2015, sp. zn. K 2/2015, ktorým bolo potvrdené rozhodnutie výboru PZ Šerkov č. K 1/2015 zo dňa 02.07.2015. Výbor PZ Šerkov ako prvostupňový disciplinárny orgán rozhodnutím č. K 1/2015 zo dňa 02.07.2015 rozhodol o uložení disciplinárneho trestu členovi PZ J. Z. - vylúčenie z PZ Šerkov za spáchanie disciplinárnych priestupkov uvedených vo výrokovej časti tohto rozhodnutia. Proti tomuto rozhodnutiu bolo podané odvolanie v zákonnej lehote prostredníctvom právneho zástupcu. Výbor PZ v zmysle § 12 ods. 2 DP SPZ toto odvolanie v lehote určenej DP SPZ prerokoval, a keďže nedospel k záveru, že mu vyhovie v celom rozsahu, predložil ho spolu so svojim stanoviskom a kompletným spisovým materiálom členskej schôdzy PZ Šerkov. Na rokovaní sa zúčastnil J. Z. a uviedol, že všetkým členom PZ okrem členov Výboru PZ zaslal kópiu rozhodnutia Výboru PZ Šerkov č. K 1/2015, odvolanie proti nemu podané právnymi zástupcami ako i rozhodnutie Výboru PZ o zadržaní povolenia na lov, aj napriek tomu bola členská schôdza s týmito materiálmi, ako i stanoviskom výboru PZ Šerkov k odvolaniu riadne oboznámená ich prečítaním. J. Z. vo svojej rozsiahlej obhajobe nepredložil žiadne ďalšie nové dôkazy na svoju obhajobu, pričom mal diskusný príspevok dvakrát. Právni zástupcovia boli vyrozumení doporučeným listom o mieste konania schôdze PZ a jej programe, na rokovaní sa nezúčastnili a svoju neúčasť ani neospravedlnili. Na schôdzi bolo prítomných 24 z celkového počtu 26 členov PZ Šerkov, a teda disciplinárny orgán v zmysle § 7 ods. 1 DPS PZ uznášania schopní. Za vylúčenie J. Z. hlasovalo 22 členov a uznali ho vinným v plnom rozsahu a súhlasili so sankciou. Žalobca napadol druhostupňové rozhodnutie správneho orgánu žalobou, doručenou na krajský súd 16.11.2015. V žalobe namietal, že potvrdené rozhodnutie mimoriadnej členskej schôdze PZ Šerkov je v rozpore so zákonom a všeobecne záväznými právnymi predpismi a z toho dôvodu je nepreskúmateľné. Vzhľadom na priebeh konania, vykonané dokazovanie, prijaté závery a odôvodnenie predmetného rozhodnutia mal za to, že zo strany žalovaného došlo k nedôvodnému prijatiu záveru, že sa mal žalobca dopustiť disciplinárneho priestupku, ktorého intenzita dosahuje hranicu hrubého porušenia predpisov, a ktorý odôvodňuje uloženie najprísnejšieho trestu, a to trest vylúčenia z PZ Šerkov Kysucké Nové Mesto - Ochodnica. V žalobe ďalej uviedol, že všetky obvinenia uvedené vo výrokovej časti rozhodnutia sp. zn. K 1/2015 zo dňa 02.07.2015 v celom rozsahu popiera a dovolil si tvrdiť, že ide o umelo vykonštruované tvrdenia, ktoré nemajú oporu vo vykonanom dokazovaní, a teda ide o nepreukázané, nepodložené obvinenia vyplývajúce z dohadov a špekulácii. Z výrokovej časti predmetného rozhodnutia vyplýva, že žalobca sa mal dopustiť disciplinárneho priestupku tým, že strieľal na diviaka, ktorý po výstrele spadol a mal ostať ležať, pričom tieto tvrdenia v celom rozsahu popiera, nakoľko tak ako uviedol, keď k zasiahnutiu zveri nedošlo, zo skutočnosti, že žalobca nadobudol mylné presvedčenie, že trafil zver, v dôsledku čoho vykonal chybný zápis, si nemôže osvojiť záver, že k zasiahnutiu zveri reálne došlo, a toto tvrdenie bez akýkoľvek dôkazov zahrnúť do výroku rozhodnutia. V žalobe ďalej poukázal na skutočnosť, že mal žalobca vykonať lov so zbraňou aj po 20:00 hod.. Žalobca zapísal čas odchodu z revíru tak, ako zodpovedá skutočnosti, pričom následne odišiel domov a vrátil sa do revíru bez zbrane, len so psom, bez ďalšieho úmyslu loviť. Skutočnosť, že mal strieľať od 21:00 hod. na diviaka je nereálna, nakoľko v tomto čase už bola tma. Uvedeným nemohlo dôjsť k porušeniu ust. § 54 ods. 1 zákona o poľovníctve, nakoľko sa žalobca v revíre po 20:00 hod. nenachádzal so zbraňou. Z logického hľadiska žalobca nemal dôvod zahmlievať čas, v ktorom sa v revíry zdržiaval, nemal by z toho žiaden prínos alebo prospech, preto toto obvinenie považuje taktiež na neopodstatnené a nepreukázané. Vo výrokovej časti sa žalobcovi ďalej kladie za vinu: že lov zveri uvedenej v bode 1 nezapísal do knihy návštev revíru PZ do príslušnej predpísanej kolónky, v dôsledku čoho mal porušiť bod 3 domáceho poľovného poriadku, nakoľko v knihe návštev nevyznačil výstrel v revíre PZ z poľovnej zbrane. Skutočnosť, že k výstrelu došlo a rovnako skutočnosť, že žalobca nezapísal tento výstrel do knihy návštev poľovného revíru nepopiera, ale keďže nedošlo k trafeniu, a teda zasiahnutiu zveri, žalobca postupoval podľa svojho najlepšieho vedomia a presvedčenia, nie v úmysle porušenia alebo obísť ustanovenia interných predpisov, ale v zmysle bežnej praxe. K ďalšiemu bodu v rozhodnutí žalobca uviedol, že sa mu kladie za vinu, že dňa 21.05.2015 po ulovení líšky, jej ulovenie nevyznačil v povolení na lov, čím sa mal dopustiť porušenia § 55 ods. 10 zákona o poľovníctve s tým, že nevyznačil ulovenie zveri v povolení na lov. Vzhľadom na uvedené, žalobca má za to, že vyznačenie ulovenia líšky obligatórne nevyžaduje zápis do povolenia na lov a je zaužívané bežnou praxou, že ulovená líška, ktorá sa ponecháva v revíry sa nevyznačuje do povolenia na lov. O skutočnosti, že žalobca nemal úmysel zastrelenia líšky tajiť alebo inak zahmlievať svedčí aj skutočnosť, že jej ulovenie riadne zapísal do knihy návštev poľovného revíru. Žalobca v žalobe ďalej namietal, že sa nedopustil žiadneho protiprávneho konania, ktoré by zakladalo deliktuálnu zodpovednosť, nakoľko žiadna interná ani iná norma neopravuje zákaz vstupu do poľovného revíru. Poukázal na § 54 ods. 1 zákona č. 274/2009 o poľovníctve, z ktorého vyplýva, že každý kto sa nachádza v poľovnom revíre so zbraňou určenou na poľovné účely, okrem účastníka spoločnej poľovačky musí byť pred vstupom do poľovníckeho revíru zapísaný v knihe návštev poľovného revíru. Z uvedeného je zrejmé, že povinnosť zapísať sa do knihy návštev má len ten, kto sa v poľovnom revíry nachádza so zbraňou určenou na poľovné účely. Žalobca sa nemohol dopustiť žiadneho disciplinárneho deliktu, keď išiel hľadať vystrelený náboj, prípadne trafené zviera v spoločnosti osoby, ktorá nie je členom PZ Šerkov, nakoľko ani žalobca, ani tretia osoba nemala pri sebe zbraň a nešla do poľovného revíru v úmysle loviť. Ďalej uviedol, že z hľadiska dokazovania poukazuje na dikciu obsiahnutú v § 8 ods. 1, 2 Disciplinárneho poriadku, z ktorého vyplýva, že dôkazom je všetko, čo môže prispieť k objasneniu veci, najmä výpovede svedkov, dokumentačný materiál, vyjadrenie orgánov SPZ, výpovede stíhaného a pod.. Zo samotného rozhodnutia a jeho odôvodnenia nevyplýva na základe akých dôkazov dospel výbor PZ Šerkov k záverom prijatým v napadnutom rozhodnutí. Výbor PZ sa nevyporiadal a nezaoberal dôkazmi predloženými žalobcom, nevykonal žiadne iné dôkazy na potvrdenie svojich záverov a objektívne preskúmanie skutkového stavu. Všetky tvrdenia obsiahnuté vo výrokovej časti rozhodnutia sú len špekulatívne dohady, na základe ktorých nemožno žalobcu uznať za vinného a uložiť mu trest. Žalobca v žalobe namietal aj procesné vady napadnutého rozhodnutia, a to nedostatočné odôvodnenie. V zmysle § 46 zák. č. 71/1967 Zb. rozhodnutie musí byť v súlade so zákonmi a ostatnými právnymi predpismi, musí ho vydať orgán na to príslušný, musí vychádzať zo spoľahlivo zisteného stavu veci a musí obsahovať predpísané náležitostí. Napadnuté rozhodnutie je v rozpore s § 2 bod 1 písm. a) Disciplinárneho poriadku Slovenského poľovníckeho zväzu. Z predmetného Disciplinárneho poriadku vyplýva, že disciplinárnymi orgánmi SPZ v disciplinárnom konaní je výbor PZ, ako prvostupňový disciplinárny orgán a členská schôdza PZ ako druhostupňový disciplinárny orgán. Napadnuté rozhodnutiu sp. zn. K 2/2015 zo dňa 05.09.2015 bolo vydané mimoriadnou členskou schôdzou PZ Šerkov, a nie členskou schôdzou, ktorá je v zmysle zákona dikcie oprávnená o odvolaní konať a rozhodovať. V závere žaloby žalobca poukázal aj na neprimeranosť trestu, ktorým bolo vylúčenie žalobcu z PZ. Vzhľadom na uvedené skutočnosti navrhuje, aby krajský súd napadnuté rozhodnutie zrušil a vec vrátil žalovanému na ďalšie konanie. 2. Žalovaný sa k žalobe písomne vyjadril. Vo vyjadrení uviedol, že žalobca nepredložil v prvostupňovom konaní žiadne relevantné dôkazy, s ktorými by sa žalovaný mohol vysporiadať. Ani z podanej žaloby nie je zrejmé, ktorých dôkazov sa námietka žalobcu týka. Tvrdenia uvedené vo výrokovej časti rozhodnutia sú presne a nezameniteľne vymedzené popisom skutkov a poukazom na konkrétne ustanovenie normy, ktorá bola skutkom porušená. Žalobca sa ku skutkom priznal, čo je uvedené v zápisnici z výborovej schôdze z 25.06.2015. Pri rozhodovaní boli dodržané všetky zásady obsiahnuté v Disciplinárnom poriadku vrátane tých, na ktoré poukazuje žalobca. Skutky žalobcu nemajú charakter disciplinárneho priestupku nízkeho stupňa, javia znaky možnej trestnoprávnej zodpovednosti. Žalobca žiaden skutok neoľutoval, žiadnu škodu nenahradzoval a neprejavil ani snahu priestupky napraviť. Ako plynul čas, tak žalobca prichádzal s novými pochybnými a nepresvedčivými vysvetleniami svojho konania. Žalobca sa dopustil viacerých skutkov, ktoré v súvislostiach a aj s ohľadom na jeho osobu neoblo možné riešiť len prerokovaním veci. Skutky žalobcu sú také závažné, že ich branie na ľahkú váhu by vytvorilo nebezpečný precedens v tom, že aj vážne porušenia pravidiel v poľovníctve budú len formálne vybavené prerokovaním a je teda výhodnejšie pravidla porušovať ako ich dodržiavať. Vo vyjadrení ďalej uviedol, že na odvolacie konanie žalovaného sa nevzťahuje Správny poriadok č. 71/1967 Zb. z dôvodu, že žalovaný nie je orgánom verejnej správy, ani nevykonáva prenesený výkon štátnej správy. Napriek tomu napadnuté rozhodnutie bolo vydané po riadnom šetrení a je náležite odôvodnené aj s uvádzaním skutočností, ktoré boli známe výboru, ktorý vydal prvostupňové rozhodnutie. Nie je potrebné preukazovať skutočnosti, ktoré sú známe členom výboru a členom členskej schôdze známe z ich činnosti. Žalovaný ďalej uviedol, že žalobca sa o dôvodoch začatia disciplinárneho stíhania nedozvedel až z prvostupňového rozhodnutia, ako uvádza v žalobe, ale už 25.06.2015, čo je zrejmé zo zápisnice z výborovej schôdze PZ Šerkov, že žalobca nepredložil žiadne dôkazy svedčiace v jeho prospech. Keďže sa sám žalobca ku všetkým skutkom priznal, nebolo ani potrebné robiť ďalšie dokazovanie. Členská schôdza PZ Šerkov je aj členská schôdza s prívlastkom „mimoriadna.“ Disciplinárny poriadok nezakazuje, aby členská schôdza bola označená ako mimoriadna členská schôdza. Mimoriadna členská schôdza bola príslušná rozhodovať o odvolaní žalobcu. V závere vyjadrenia uviedol, v prípade ak by rozhodnutie podliehalo preskúmaniu súdom, žaloba bola podaná po uplynutí zákonnej lehoty. V súlade s disciplinárnym poriadkom nadobudlo rozhodnutie právoplatnosť a vykonateľnosť dňom vyhlásenia, t.j. 05.09.2015. Žalobca podal žalobu na súde až dňa 16.11.2015. Vzhľadom na uvedené navrhol, aby súd žalobu ako nedôvodnú zamietol, resp. zastavil konanie podľa § 250 ods. 3 O.s.p.. 3. Krajský súd o žalobe žalobcu rozhodol uznesením č.k. 21S/162/2015-65 zo dňa 30.03.2016 tak, že konanie podľa § 250d ods. 3 O.s.p. zastavil. Proti predmetnému uzneseniu žalobca podal odvolanie. O odvolaní rozhodol Najvyšší súd SR uznesením sp.zn. 5Sžo/40/2016 zo dňa 13.09.2016 tak, že uznesenie krajského súdu zrušil a vec vrátil na ďalšie konanie. 4. V predmetnej veci ide o správnu žalobu vo veciach správneho trestania s poukazom na ust. § 194 a nasl. SSP. 5.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6. Podľa § 79 ods. 1 zákona č. 274/2009 Z.z. na konanie podľa tohto zákona sa vzťahuje všeobecný predpis o správnom konaní, ak tento zákon neustanovuje inak. 7. Krajský súd z predloženého administratívneho spisu žalovaného zistil, že prvostupňový správny orgán - výbor Poľovníckeho združenia Šerkov Kysucké Nové Mesto - Ochodnica rozhodol dňa 02.07.2015 č. K1/2015 tak, že uznal J. Z. za vinného, že 1./ Dňa 22.05.2015 od 21:00 hod. v poľovníckom revíre PZ Šerkov v úseku Ochodnica v časti obce nazývanej „Hlavacka roľa“ poľovnou zbraňou strieľal na dospelého diviaka, ktorý po výstrele spadol a ostal ležať na mieste. 2./ Dňa 22.05.2015 bol v knihe návštev revíru zapísaný, že sa tu zdržal do 20:00 hod., pričom lov podľa bodu 1. vykonával i po tomto čase. 3./ Lov zveri uvedený v bode 1. nezapísal do knihy návštev revíru PZ do príslušnej predpísanej kolonky. 4./ Dňa 21.05.2015 po ulovení líšky o 20:55 hod. v poľovnom revíre PZ v Ochodnici v časti „Hlavacka roľa“ nevyznačil jej ulovenie v povolení na lov. 5./ Dňa 23.05.2015 vykonával dohľadávku postrelenej zveri uvedenej v bode 1. za prítomnosti nečlena PZ Šerkov a o tejto činnosti - výkone práva poľovníctva nevykonal zápis do knihy návštev revíru. V bode č. 1: Porušil ustanovenia § 55 ods. 1 a § 55 ods. 6 zákona č. 274/2009 Z.z. o poľovníctve (ďalej len zákon o poľovníctve) v platnom znení a § 71 ods.1 písm. a) bod č. 7 vyhlášky Ministerstva pôdohospodárstva SR č. 344/2009 Z.z. v platnom znení (ďalej len vyhláška č. 344/2009) tým, že lovil zver, ktorú bezpečne, ako sám tvrdil pred výborom PZ, rozpoznal a v čase nepovoleného lovu i napriek tomu strieľal, hoci na lov diviaka nemal vydané povolenie. V bode č. 2: Porušil ustanovenia § 54 ods. 1 zákona o poľovníctve a bodu č. 3 Domáceho poľovného poriadku PZ Šerkov tým, že sa nachádzal v poľovnom revíre s poľovnou zbraňou bez toho, aby bol zapísaný v knihe návštev revíru. V bode č. 3: Porušil ustanovenia bodu č. 3 Domáceho poľovného poriadku PZ Šerkov tým, že v knihe návštev nevyznačil výstrel v revíre PZ z poľovnej zbrane. V bode č. 4: Porušil ustanovenia § 55 ods. 10 zákona o poľovníctve tým, že v povolení na lov zveri č. AB290158, ktoré mu vydal užívateľ poľovného revíru PZ Šerkov, nevyznačil ulovenie zveri. V bode č. 5: Porušil ustanovenia bodu 3. a 5. Domáceho poľovného poriadku PZ Šerkov a ustanovenie § 55 ods. 10 zákona o poľovníctve tým, že vykonával právo poľovníctva v revíre PZ Šerkov za prítomnosti cudzej osoby - nečlena PZ Šerkov, nepoľovníka a bez predchádzajúceho zápisu do knihy návštev revíru. V bodoch 1 až 5: Porušil Stanovy slovenského poľovníckeho zväzu v časti povinnosti člena SPZ § 8 písm. a) ako i povinnosti člena PZ uvedené v § 30 ods. 2 písm. b), čím spáchal disciplinárny priestupok podľa § 3 ods. 1 písm. a), písm. b) Disciplinárneho poriadku SPZ, za čo mu bol uložený disciplinárny trest podľa § 4 ods. 1 písm. d) s poukazom na ods. 3 Disciplinárneho poriadku SPZ - vylúčenie z PZ Šerkov Kysucké Nové Mesto - Ochodnica. 8. Proti prvostupňovému rozhodnutiu - Poľovníckeho združenia Šerkov dňa 02.07.2015 č. K1/2015 podal žalobca odvolanie. O odvolaní žalobcu rozhodovala členská schôdza dňa 05.09.2015 č. K 2/2015. Členská schôdza rozhodla tak, že J. Z., nar. XX.XX.XXXX, bytom F. č. XXX je uznaný za vinného z dôvodu, že 1./ Dňa 22.05.2015 od 21:00 hod. v poľovníckom revíre PZ Šerkov v úseku Ochodnica v časti obce nazývanej „Hlavacka roľa“ poľovnou zbraňou strieľal na dospelého diviaka, ktorý po výstrele spadol a ostal ležať na mieste. 2./ Dňa 22.05.2015 bol v knihe návštev revíru zapísaný, že sa tu zdržal do 20:00 hod., pričom lov podľa bodu 1. vykonával i po tomto čase. 3./ Lov zveri uvedený v bode 1. nezapísal do knihy návštev revíru PZ do príslušnej predpísanej kolonky. 4./ Dňa 21.05.2015 po ulovení líšky o 20:55 hod. v poľovnom revíre PZ v Ochodnici v časti „Hlavacka roľa“ nevyznačil jej ulovenie v povolení na lov. 5./ Dňa 23.05.2015 vykonával dohľadávku postrelenej zveri uvedenej v bode 1. za prítomnosti nečlena PZ Šerkov a o tejto činnosti - výkone práva poľovníctva nevykonal zápis do knihy návštev revíru, a teda v bode č.1: Porušil ustanovenia § 55 ods. 1 a § 55 ods. 6 zákona č. 274/2009 Z.z. o poľovníctve (ďalej len zákon o poľovníctve) v platnom znení a § 71 ods. 1 písm. a) bod č. 7 vyhlášky Ministerstva pôdohospodárstva SR č. 344/2009 Z.z. v platnom znení (ďalej len vyhláška č. 344/2009) tým, že lovil zver, ktorú bezpečne, ako sám tvrdil pred výborom PZ, rozpoznal a v čase nepovoleného lovu i napriek tomu strieľal, hoci na lov diviaka nemal vydané povolenie. V bode č. 2: Porušil ustanovenia § 54 ods. 1 zákona o poľovníctve a bodu č. 3 Domáceho poľovného poriadku PZ Šerkov tým, že sa nachádzal v poľovnom revíre s poľovnou zbraňou bez toho, aby bol zapísaný v knihe návštev revíru. V bode č. 3: Porušil ustanovenia bodu č. 3 Domáceho poľovného poriadku PZ Šerkov tým, že v knihe návštev nevyznačil výstrel v revíre PZ z poľovnej zbrane. V bode č. 4: Porušil ustanovenia § 55 ods. 10 zákona o poľovníctve tým, že v povolení na lov zveri č. AB290158, ktoré mu vydal užívateľ poľovného revíru PZ Šerkov, nevyznačil ulovenie zveri. V bode č. 5: Porušil ustanovenia bodu 3. a 5. Domáceho poľovného poriadku PZ Šerkov a ustanovenie § 55 ods. 10 zákona o poľovníctve tým, že vykonával právo poľovníctva v revíre PZ Šerkov za prítomnosti cudzej osoby - nečlena PZ Šerkov, nepoľovníka a bez predchádzajúceho zápisu do knihy návštev revíru. V bodoch 1 až 5: Porušil Stanovy slovenského poľovníckeho zväzu v časti povinnosti člena SPZ § 8 písm. a) ako i povinnosti člena PZ uvedené v § 30 ods. 2 písm. b), čím spáchal disciplinárny priestupok podľa § 3 ods. 1 písm. a), písm. b) Disciplinárneho poriadku SPZ, za čo mu bol podľa § 4 ods. 1 písm. d) s poukazom na ods. 3 Disciplinárneho poriadku SPZ uložený disciplinárny trest - vylúčenie z PZ Šerkov Kysucké Nové Mesto - Ochodnica. 9. Krajský súd konštatuje, že žalobca bol dvakrát právoplatne vylúčený z PZ Šerkov Kysucké Nové Mesto - Ochodnica rozhodnutím výboru PZ Šerkov Kysucké Nové Mesto - Ochodnica dňa 02.07.2015 rozhodnutím č. K 1/2015 a rozhodnutím druhostupňového správneho orgánu - mimoriadnej členskej schôdze PZ Šerkov Kysucké Nové Mesto - Ochodnica dňa 05.09.2015 č. K 2/2015. Z uvedeného je zrejmé, že odvolací orgán nepostupoval v zmysle § 59 ods. 1, 2 zákona č. 71/1967 Zb.. Odsek 1 citovaného zákona upravuje právomoc odvolacieho orgánu a druhý odsek upravuje spôsob rozhodnutia o odvolaní, žalovaný ale nepostupoval v odvolacom konaní podľa § 59 ods. 2 zákona č. 71/1967 Zb., z ktorého vyplýva právomoc druhostupňového správneho orgánu odvolanie zamietnuť a rozhodnutie potvrdiť, rozhodnutie zmeniť alebo rozhodnutie zrušiť. 10. Vzhľadom na uvedené krajský súd rozhodnutie žalovaného zrušil podľa § 191 ods. 1 písm. g) SSP a vrátil vec žalovanému na ďalšie konanie. V novom konaní žalovaný rozhodne o odvolaní žalobcu postupom podľa § 59 zákona č. 71/1967 Zb.. 11. O náhrade trov konania súd rozhodol pri aplikácii ust. § 175 ods. 1 SSP v spojení s § 167 ods. 1 SSP. Žalobca bol úspešný v konaní, preto má právo na náhradu trov konania. O výške náhrady rozhodne súd po právoplatnom skončení veci. 12. Toto rozhodnutie bolo prijaté hlasovaním v pomere hlasov 3:0. Poučenie: Proti tomuto rozsudku je prípustná kasačná sťažnosť, ak to zákon pripúšťa (§ 439, § 440 SSP) v lehote do 30 dní od doručenia rozhodnutia krajského súdu, prostredníctvom krajského súdu,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Kasačnú sťažnosť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https://www.kauzis.sk/judikatura/r/ECLI:SK:KSZA:2017:5015201045.2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