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21S/86/2016 z 26. 3. 2017</w:t>
      </w:r>
    </w:p>
    <w:p>
      <w:r>
        <w:t>Uznesenie Krajského súdu Žilina z 26. marca 2017, sp. zn. 21S/86/2016, ECLI:SK:KSZA:2017:5016200435.2</w:t>
      </w:r>
    </w:p>
    <w:p>
      <w:r>
        <w:t>Súd: Krajský súd Žilina</w:t>
      </w:r>
    </w:p>
    <w:p>
      <w:r>
        <w:t>Spisová značka: 21S/86/2016</w:t>
      </w:r>
    </w:p>
    <w:p>
      <w:r>
        <w:t>ECLI: ECLI:SK:KSZA:2017:5016200435.2</w:t>
      </w:r>
    </w:p>
    <w:p>
      <w:r>
        <w:t>Dátum vydania: 26. 3. 2017</w:t>
      </w:r>
    </w:p>
    <w:p>
      <w:r>
        <w:t>Forma: Uznesenie</w:t>
      </w:r>
    </w:p>
    <w:p>
      <w:pPr>
        <w:pStyle w:val="Heading2"/>
      </w:pPr>
      <w:r>
        <w:t>Text rozhodnutia</w:t>
      </w:r>
    </w:p>
    <w:p>
      <w:r>
        <w:t>Súd: Krajský súd Žilina Spisová značka: 21S/86/2016 Identifikačné číslo súdneho spisu: 5016200435 Dátum vydania rozhodnutia: 27. 03. 2017 Meno a priezvisko sudcu, VSÚ: JUDr. Veronika Poláčková ECLI: ECLI:SK:KSZA:2017:5016200435.2 Uznesenie Krajský súd v Žiline, v právnej veci žalobcu: Mária Sidorová - NOVITA, miesto podnikania Dobšinského 1598/12, 010 08 Žilina, IČO: 30479151, proti žalovanému: Národný inšpektorát práce, Masaryková 10, 041 01 Košice, v konaní o správnej žalobe proti rozhodnutiu žalovaného č. OPS/BEZ/2015/3876, O-32/2016 zo dňa 16.03.2016, takto jednomyseľne r o z h o d o l : Súd konanie zastavuje. Žalovanému nepriznáva právo na náhradu trov konania. o d ô v o d n e n i e : 1. Žalobou zo dňa 23.05.2016 sa žalobca domáhal zrušenia rozhodnutia žalovaného č. OPS/ BEZ/2015/3876, O-32/2016 zo dňa 16.03.2016 a jemu predchádzajúceho rozhodnutia Inšpektorátu práce Žilina č. 104/2015-IZA-2.3/pok/R/2/St zo dňa 18.12.2015 a vrátenia veci na nové konanie. 2. Od 01.07.2016 nadobudol účinnosť nový procesný kódex - zákon č. 162/2015 Z.z. Správny súdny poriadok (ďalej len „SSP“). 3. Krajský súd posúdil žalobu zo dňa 23.05.2016 ako správnu žalobcu vo veciach správneho trestania v zmysle § 182 SSP v spojení s § 194 a nasl. SSP. 4. Na základe podanej žaloby vyzval súd žalobcu výzvou zo dňa 04.01.2017 v zmysle § 5 ods. 1 písm. a) zákona č. 71/1992 Zb. o súdnych poplatkoch a poplatku za výpis z registra trestov (ďalej len „zákon č. 71/1992 Zb.“) na zaplatenie súdneho poplatku podľa položky 10 písm. a) Sadzobníka súdnych poplatkov vo výške 70 Eur v lehote 10 dní od doručenia výzvy. Zároveň ho poučil o následkoch nezaplatenia súdneho poplatku, a to o zastavení konania. Výzva bola žalobcovi doručená dňa 10.01.2017. 5. Podľa § 14 ods. 1 zákona č. 71/1992 Zb. ak tento zákon neustanovuje inak, na konanie vo veciach poplatkov sa primerane použijú ustanovenia Civilného sporového poriadku. 6. Podľa § 18f zákona č. 71/1992 Zb. z úkonov navrhnutých alebo za konania začaté do 30. júna 2016 sa vyberajú poplatky podľa predpisov účinných do 30. júna 2016, i keď sa stanú splatnými po 1. júli 2016. 7. Podľa § 5 ods. 1 písm. a) zákona č. 71/1992 Zb. poplatková povinnosť vzniká podaním návrhu, odvolania a dovolania alebo žiadosti na vykonanie poplatkového úkonu, ak je poplatníkom navrhovateľ, odvolateľ a dovolateľ. 8. Podľa § 10 ods. 1 zákona č. 71/1992 Zb.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9. Vychádzajúc z citovaných ustanovení a vzhľadom na skutočnosť, že žalobca napriek výzve do dnešného dňa súdny poplatok nezaplatil, súd konanie pri aplikácii § 14 v spojení s 10 ods. 1 zákona č. 71/1992 Zb. zastavil. 10. Súd rozhodol o trovách konania podľa 256 ods. 1 CSP v spojení s § 14 zákona č. 71/1992 Zb. Žalovanému v tomto konaní preukázateľne žiadne účelne vynaložené výdavky ako trovy konania nevznikli (§ 256 ods. 1 CSP a contrario i za použitia analógie podľa čl. 4 ods. 1 CSP), a preto súd žalovanému právo na náhradu trov konania nepriznal. 11. Rozhodnutie súdu bolo prijaté hlasovaním v pomere hlasov 3 : 0. Poučenie: Proti tomuto uzneseniu možno podať odvolanie v lehote 15-tich dní odo dňa jeho doručenia na Najvyšší súd Slovenskej republiky v Bratislave prostredníctvom Krajského súdu v Žiline. Odvolanie možno urobiť písomne, a to v listinnej podobe alebo v elektronickej podobe. Odvolanie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Odvolanie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Odvolanie len proti odôvodneniu rozhodnutia nie je prípustné. V odvolaní sa popri všeobecných náležitostiach podania, t. j. a) ktorému súdu je určené, b) kto ho robí, c) ktorej veci sa týka, d) čo sa ním sleduje a e) podpis,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p>
      <w:r>
        <w:t>Zdroj: KAUZIS.SK – https://www.kauzis.sk/judikatura/r/ECLI:SK:KSZA:2017:5016200435.2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