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31S/85/2017 z 12. 12. 2017</w:t>
      </w:r>
    </w:p>
    <w:p>
      <w:r>
        <w:t>Uznesenie Krajského súdu Žilina z 12. decembra 2017, sp. zn. 31S/85/2017, ECLI:SK:KSZA:2017:5017200213.2</w:t>
      </w:r>
    </w:p>
    <w:p>
      <w:r>
        <w:t>Súd: Krajský súd Žilina</w:t>
      </w:r>
    </w:p>
    <w:p>
      <w:r>
        <w:t>Spisová značka: 31S/85/2017</w:t>
      </w:r>
    </w:p>
    <w:p>
      <w:r>
        <w:t>ECLI: ECLI:SK:KSZA:2017:5017200213.2</w:t>
      </w:r>
    </w:p>
    <w:p>
      <w:r>
        <w:t>Dátum vydania: 12. 12. 2017</w:t>
      </w:r>
    </w:p>
    <w:p>
      <w:r>
        <w:t>Forma: Uznesenie</w:t>
      </w:r>
    </w:p>
    <w:p>
      <w:pPr>
        <w:pStyle w:val="Heading2"/>
      </w:pPr>
      <w:r>
        <w:t>Text rozhodnutia</w:t>
      </w:r>
    </w:p>
    <w:p>
      <w:r>
        <w:t>Súd: Krajský súd Žilina Spisová značka: 31S/85/2017 Identifikačné číslo súdneho spisu: 5017200213 Dátum vydania rozhodnutia: 13. 12. 2017 Meno a priezvisko sudcu, VSÚ: Mgr. Denisa Slivová ECLI: ECLI:SK:KSZA:2017:5017200213.2 Uznesenie Krajský súd v Žiline, v právnej veci žalobcu: R. S., nar. XX.XX.XXXX, bytom U. XXX/XX, XXX XX F. Z., proti žalovanému: Centrum právnej pomoci, Kancelária Nitra, Štefánikova trieda 88, 949 01 Nitra, o preskúmanie zákonnosti rozhodnutia žalovaného č. 11014/2016-KaNR zo dňa 17.08.2016, takto r o z h o d o l : súd konanie zastavuje. o d ô v o d n e n i e : 1. SR, sa žalobca domáhal zrušenia rozhodnutia žalovaného č. 11014/2016-KaNR zo dňa 17.08.2016 a vrátenia veci žalovanému na nové prejednanie a rozhodnutie. Žalobca pripojil rovnopis napadnutého rozhodnutia, z ktorého vyplýva, že napadnutým rozhodnutím žalovaný rozhodol o nepriznaní nároku žalobcovi na poskytnutie právnej pomoci. 2. Krajský súd posúdil podanie zo dňa 25.05.2017 ako všeobecnú správnu žalobcu v zmysle § 177 a nasl. zákona č. 162/2015 Z.z. Správny súdny poriadok v znení zákona č. 88/2017 Z.z. (ďalej len „SSP“). 3. Na základe podanej žaloby vyzval súd žalobcu výzvou zo dňa 05.10.2017 v zmysle § 5 ods. 1 písm. a) zákona č. 71/1992 Zb. o súdnych poplatkoch a poplatku za výpis z registra trestov (ďalej len „zákon č. 71/1992 Zb.“) na zaplatenie súdneho poplatku podľa položky 10 písm. a) Sadzobníka súdnych poplatkov vo výške 70 Eur v lehote 10 dní od doručenia výzvy. Zároveň ho poučil o následkoch nezaplatenia súdneho poplatku, a to o zastavení konania. 4. Žalobca v podaní zo dňa 11.10.2017 uviedol, že má za to, nakoľko nemá žiaden príjem a majetok, že súd musí konať aj bez zaplatenia súdneho poplatku. Obdobne tak konajú viaceré KS v jeho analogických právnych veciach a podotkol, že žiaden KS ho nevyzval k zaplateniu súdneho poplatku, okrem KS ZA. Má viacero súdnych konaní, kde vo všetkých prípadoch je oslobodený od súdnych poplatkov a disponuje rozhodnutiami Centra právnej pomoci, kde mu centrum priznalo právnu pomoc bez finančnej spoluúčasti asi v 10 právnych sporoch. Má za to, že spĺňa podmienky stanovené zákonom pre oslobodenie od súdnych poplatkov. 5. Krajský súd uznesením č. k. 31S/85/2017-71 zo dňa 23.10.2017 žalobcu podľa § 58 SSP vyzval, aby v lehote 15 dní od doručenia tohto uznesenia návrh na oslobodenie od súdnych poplatkov doplnil o uvedenie a preukázanie pomerov, ktoré odôvodňujú oslobodenie od súdnych poplatkov. 6. Žalobca na výzvu súdu nereagoval. 7. Návrh na oslobodenie od súdnych poplatkov nie je podaním vo veci samej, a preto ak ide o podanie neúplné alebo nezrozumiteľné, postupuje súd podľa § 58 SSP. Ak sa v lehote určenej správnym súdom podanie nedoplní alebo neopraví, alebo sa opraví tak, že naďalej nie je možné určiť to, čoho sa týka a čo sa ním sleduje, správny súd na takéto podanie neprihliada. Z uvedeného vyplýva, že súd na neúplný návrh na oslobodenie od súdnych poplatkov neprihliadol. 8. Podľa § 14 zákona č. 71/1992 Zb. (1) Ak tento zákon neustanovuje inak, na konanie vo veciach poplatkov sa primerane použijú ustanovenia Civilného sporového poriadku okrem § 357 písm. a). (2) V konaní podľa tohto zákona možno výnimočne vykonať dôkazy, ktoré strany alebo účastníci nenavrhli, ak je to nevyhnutne potrebné na zistenie skutkového stavu veci. (3) V sťažnosti proti rozhodnutiu o zastavení súdneho konania pre nezaplatenie súdneho poplatku nemožno namietať skutočnosti, ktoré nastali po uplynutí lehoty na zaplatenie súdneho poplatku. (4)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9.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10.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11. Výzva súdu na zaplatenie súdneho poplatku z podanej žaloby bola dňa 05.10.2017 doručená žalobcovi. 12. Vychádzajúc z citovaných ustanovení a vzhľadom na skutočnosť, že žalobca napriek výzve uložený súdny poplatok nezaplatil, súd konanie pri aplikácii § 14 v spojení s 10 ods. 1 zákona č. 71/1992 Zb. zastavil. 13. Pokiaľ ide o rozhodnutie o trovách konania, súd má za to, že rozhodnutie o náhrade trov konania nie je potrebné, pretože v danom prípade ide o vzťah štátu a poplatníka, t.j. žalobcu, preto nie je potrebné rozhodovať o vzájomnom vzťahu strán, pokiaľ ide o náhradu trov konania. Vzhľadom na uvedené súd o trovách konania nerozhodoval. Poučenie: Proti tomuto uzneseniu nie je prípustné odvolanie.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V sťažnosti proti rozhodnutiu o zastavení súdneho konania pre nezaplatenie súdneho poplatku nemožno namietať skutočnosti, ktoré nastali po uplynutí lehoty na zaplatenie súdneho poplatku.</w:t>
      </w:r>
    </w:p>
    <w:p/>
    <w:p>
      <w:r>
        <w:t>Zdroj: KAUZIS.SK – https://www.kauzis.sk/judikatura/r/ECLI:SK:KSZA:2017:5017200213.2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