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5Co/147/2017 z 29. 5. 2017</w:t>
      </w:r>
    </w:p>
    <w:p>
      <w:r>
        <w:t>Uznesenie Krajského súdu Žilina z 29. mája 2017, sp. zn. 5Co/147/2017, ECLI:SK:KSZA:2017:5115213282.2</w:t>
      </w:r>
    </w:p>
    <w:p>
      <w:r>
        <w:t>Súd: Krajský súd Žilina</w:t>
      </w:r>
    </w:p>
    <w:p>
      <w:r>
        <w:t>Spisová značka: 5Co/147/2017</w:t>
      </w:r>
    </w:p>
    <w:p>
      <w:r>
        <w:t>ECLI: ECLI:SK:KSZA:2017:5115213282.2</w:t>
      </w:r>
    </w:p>
    <w:p>
      <w:r>
        <w:t>Dátum vydania: 29. 5. 2017</w:t>
      </w:r>
    </w:p>
    <w:p>
      <w:r>
        <w:t>Forma: Uznesenie</w:t>
      </w:r>
    </w:p>
    <w:p>
      <w:r>
        <w:t>Oblasť práva: Občianske právo</w:t>
      </w:r>
    </w:p>
    <w:p>
      <w:pPr>
        <w:pStyle w:val="Heading2"/>
      </w:pPr>
      <w:r>
        <w:t>Text rozhodnutia</w:t>
      </w:r>
    </w:p>
    <w:p>
      <w:r>
        <w:t>Súd: Krajský súd Žilina Spisová značka: 5Co/147/2017 Identifikačné číslo súdneho spisu: 5115213282 Dátum vydania rozhodnutia: 30. 05. 2017 Meno a priezvisko sudcu, VSÚ: JUDr. Miroslav Jamrich ECLI: ECLI:SK:KSZA:2017:5115213282.2 Uznesenie Krajský súd v Žiline ako súd odvolací, v senáte zloženom z predsedu senátu JUDr. Miroslava Jamricha a členov senátu JUDr. Dagmar Cabadajovej a JUDr. Gabriely Veselovej, v právnej veci žalobcu: AB 2 B.V., reg. číslo: 572 79 667, so sídlom: Amsterdam, Strawinskylaan 933, 1077XX, Holandské kráľovstvo, práv. zast.: Advokátska kancelária GOLIAŠOVÁ GABRIELA s.r.o., pobočka kancelárie a adresa pre doručovanie: Teplická 7434/147, 921 22 Piešťany (pôvodný žalobca: AB 1 B.V., reg. číslo: 560 07 043, so sídlom Amsterdam, Strawinskylaan 933, 1077XX, Holandské kráľovstvo, proti žalovanej: F. U., nar. XX.XX.XXXX, trvale bytom: N. XXX/XX, XXXXX R., št. občan SR, o zaplatenie 1.883,70 eur, o späťvzatí žaloby žalobcom po vyhlásení a doručení rozsudku Okresného súdu Žilina zo dňa 18.3.2016 č.k. 4C/224/2015-57, takto r o z h o d o l : Krajský súd p r i p ú š ť a späťvzatie žaloby (návrhu na začatie konania), rozsudok Okresného súdu Žilina v celom rozsahu z r u š u j e a konanie z a s t a v u j e . Žiadnej zo strán sporu n e p r i z n á v a nárok na náhradu trov konania pred súdom prvej inštancie, ako aj pred odvolacím súdom. o d ô v o d n e n i e : 1. Okresný súd rozsudkom zamietol žalobu žalobcu o zaplatenie žalovanej sumy s príslušenstvom a tiež rozhodol, že žalovanej (odporkyni) náhradu trov konania nepriznáva. Rozsudok súd prvej inštancie jasne a zrozumiteľne odôvodnil v jeho písomnom vyhotovení. 2. Po vyhlásení rozsudku a jeho doručení právny nástupca pôvodného žalobcu (navrhovateľa) písomným podaním doručeným súdu prvej inštancie 3.4.2017 oznámil, že berie podanú žalobu v celom rozsahu späť a navrhol, aby bolo konanie zastavené. Uviedol, že žalobca si náhradu trov konania neuplatňuje. 3. U žalovanej neboli zistené dôvody, pre ktoré by so späťvzatím žaloby nesúhlasila, v tomto smere sa nevyjadrila. 4. Odôvodnenie rozhodnutia odvolacieho súdu týkajúce sa späťvzatia žaloby na začatie konania: a). V zmysle ust. § 370 ods. 1,2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b) Ak dôjde k späťvzatiu žaloby v priebehu odvolacieho konania, postup odvolacieho súdu je upravený tak, aby sa anuloval doterajší stav konania a aby nastal taký stav, aký nastane pri späťvzatí žaloby pred prvostupňovým súdom. Na to, aby späťvzatie žaloby na začatie konania po vynesení rozhodnutia súdom prvej inštancie bolo účinné, je potrebné, aby odvolací súd späťvzatie žaloby pripustil. Rozhodnúť o späťvzatí žaloby na začatie konania, ak k tomuto úkonu žalobcu došlo po vynesení rozhodnutia súdom prvej inštancie, patrí vždy do právomoci odvolacieho súdu, nemôže tak urobiť prvostupňový súd. Ak odvolací súd späťvzatie žaloby pripustí, zruší uznesením rozhodnutie súdu prvej inštancie a konanie zastaví. c) Keďže žalobca svojim prejavom dal najavo, že vo veci nemá záujem pokračovať, zobral žalobu na začatie konania späť. Krajský súd v zmysle ust. § 370 CSP po pripustení späťvzatia žaloby a po zrušení rozsudku okresného súdu konanie vo veci zastavil. U žalovaného neboli zistené dôvody, pre ktoré by so späťvzatí žaloby nesúhlasil. 5. Odôvodnenie rozhodnutia odvolacieho súdu o náhrade trov konania: Podľa § 396 ods. 1 CSP, ustanovenia o trovách konania pred súdom prvej inštancie sa použijú aj na odvolacie konanie. Podľa § 256 ods. 1 CSP, ak strana procesne zavinila zastavenie konania, súd prizná náhradu trov konania protistrane.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Ak teda dôjde k zastavenia sporového konania v dôsledku späťvzatia žaloby, potom je povinnosťou súdu pri rozhodovaní o trovách konania skúmať procesnú zodpovednosť pri zastavení konania na oboch procesných stranách; teda aj na strane žalobcu aj na strane žalovaného. Pokiaľ žalobca žalobu musel zobrať späť pre správanie žalovaného, spočívajúce napr. v úhrade žalovanej sumy po začatí konania, potom je potrebné konštatovať, že žalovaný procesne zavinil zastavenie konania. Ak by žalobca zobral žalobu späť bez udania dôvodu, alebo bez toho, aby išlo o reakciu na správanie sa žalovaného, a teda nemožno pričítať procesné zavinenie žalovanému, znáša trovy žalovaného žalobca. Vychádzajúc z vyššie citovaných ustanovení Civilného sporového poriadku, vzhľadom k tomu, že žalobca si žiadne trovy neuplatnil, rovnako ani žalovaná, rozhodol odvolací súd o nároku na náhradu trov konania pred súdom prvej inštancie, ako aj o odvolacích trovách tak, ako vyplýva z výrokovej časti uznesenia odvolacieho súdu. 6. Rozhodnutie odvolacieho súdu bolo prijaté hlasovaním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https://www.kauzis.sk/judikatura/r/ECLI:SK:KSZA:2017:5115213282.2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