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5Co/261/2017 z 29. 1. 2018</w:t>
      </w:r>
    </w:p>
    <w:p>
      <w:r>
        <w:t>Uznesenie Krajského súdu Žilina z 29. januára 2018, sp. zn. 5Co/261/2017, ECLI:SK:KSZA:2018:5115211488.2</w:t>
      </w:r>
    </w:p>
    <w:p>
      <w:r>
        <w:t>Súd: Krajský súd Žilina</w:t>
      </w:r>
    </w:p>
    <w:p>
      <w:r>
        <w:t>Spisová značka: 5Co/261/2017</w:t>
      </w:r>
    </w:p>
    <w:p>
      <w:r>
        <w:t>ECLI: ECLI:SK:KSZA:2018:5115211488.2</w:t>
      </w:r>
    </w:p>
    <w:p>
      <w:r>
        <w:t>Dátum vydania: 29. 1. 2018</w:t>
      </w:r>
    </w:p>
    <w:p>
      <w:r>
        <w:t>Forma: Uznesenie</w:t>
      </w:r>
    </w:p>
    <w:p>
      <w:r>
        <w:t>Oblasť práva: Občianske právo</w:t>
      </w:r>
    </w:p>
    <w:p>
      <w:pPr>
        <w:pStyle w:val="Heading2"/>
      </w:pPr>
      <w:r>
        <w:t>Text rozhodnutia</w:t>
      </w:r>
    </w:p>
    <w:p>
      <w:r>
        <w:t>Súd: Krajský súd Žilina Spisová značka: 5Co/261/2017 Identifikačné číslo súdneho spisu: 5115211488 Dátum vydania rozhodnutia: 30. 01. 2018 Meno a priezvisko sudcu, VSÚ: JUDr. Dagmar Cabadajová ECLI: ECLI:SK:KSZA:2018:5115211488.2 Uznesenie Krajský súd v Žiline ako súd odvolací, v senáte zloženom z predsedníčky senátu JUDr. Dagmar Cabadajovej a členov senátu JUDr. Miroslava Jamricha a JUDr. Gabriely Veselovej, v právnej veci žalobcov: 1/ U. Z., nar. XX.X.XXXX, bytom W. XXX, 2/ T. Y., nar. XX.X.XXXX, bytom W. XXX a 3/ Y. T., nar. X.X.XXXX, bytom W. XXX, všetci právne zastúpení: JUDr. Miroslav Bachynec, advokát, so sídlom T. XXX, proti žalovaným: 1/ Poľovnícka spoločnosť ŽIAR Nesluša, so sídlom Nesluša 171 IČO: 420 68 649, 2/ T. Z., nar. X.X.XXXX, bytom W. XXX, obaja žalovaní 1/ a 2/ právne zastúpení Advokátska kancelária Chovanec s.r.o., so sídlom Vojtecha Tvrdého 17, Žilina, IČO: 36 436 640, 3/ T. C., nar. XX.XX.XXXX, bytom R. XXXX/XX, V. W. Y., právne zastúpený Mgr. Alena Gregorová, advokátka so sídlom Horná 54, Banská Bystrica, IČO: 42 186 307, 4/ Okresný úrad Žilina, pozemkový a lesný odbor, so sídlom Andreja Kmeťa 17, Žilina, za účasti intervenienta na strane žalovaného v r. 1/ : 1/ L. V., nar. X.X.XXXX, bytom W. XXX, 2/ Y. R., nar. XX.X.XXXX, bytom W. XXXX, 3/ Bc. T. T., nar. XX.X.XXXX, bytom W. XXX, 4/ L. J., nar. X.X.XXXX, bytom W. Z. XXXX/XX, V. W. Y., 5/ R. A., nar. XX.X.XXXX, bytom W. XXX, 6/ T. F., bytom H. XXX, V. W. Y., 7/ S. Y., nar. XX.X.XXXX, bytom W. XXX, 8/ Mgr. Y. A., nar. XX.X.XXXX, bytom W. XXX, 9/ R. Y., MSc., nar. XX.X.XXXX, bytom A. XX, F., 10/ N. S., nar. XX.XX.XXXX, bytom W. XXX, o neplatnosť právneho úkonu, o odvolaní žalobcov v 1/- 3/ rade proti rozsudku Okresného súdu Žilina č. k. 17C/203/2015-308 zo dňa 15.2.2017, takto r o z h o d o l : Krajský súd rozsudok okresného súdu z r u š u j e a vec mu v r a c i a na ďalšie konanie a nové rozhodnutie. o d ô v o d n e n i e : 1. Napadnutým rozsudkom okresný súd ako súd prvej inštancie rozhodol rozsudkom o žalobe žalobcov v 1/ - 3/ rade nasledovne : Súd žalobu o určenie, že Zmluva o užívaní poľovného revíru "POĽANY NESLUŠA" uzatvorená dňa 24.10.2013 medzi vlastníkmi spoločného poľovného revíru "POĽANY NESLUŠA" zastúpenými T. Z., bytom W. XXX a T. C., bytom R. XXX/XX, V. W. Y. a žalovaným v r. 1/ Poľovnícka spoločnosť ŽIAR Nesluša, ktorá bola zaevidovaná Okresným úradom Žilina, pozemkový a lesný odbor, so sídlom A. Kmeťa 17, Žilina, dňa 30.10.2013 pod č. OÚ-ZA-PLO-2013/00299-L je neplatná, v celom rozsahu zamieta. Žalovaní v r. 1/ až 4/ majú právo proti žalobcom v r. 1/ až 3/ na náhradu trov konania v celom rozsahu trov konania. Intervenientom v r. 1/ až 10/ na strane žalovaného v r. 1/ proti žalobcom v r. 1/ až 3/ právo na náhradu trov konania nepriznáva. Návrh žalovaného v r. 3/ na prerušenie konania do právoplatného skončenia konania vedeného na Krajskom súde v Žiline pod sp. zn. 20S/89/2016 a pod sp. zn. 30S/66/2016 zamieta. Okresný súd v odôvodnení písomného vyhotovenia rozsudku konštatoval, že žalobcovia v 1/ - 3/ rade sa voči žalovaným v 1/ - 4/ rade za účasti intervenienta na strane žalovaného v 1/ rade domáhali neplatnosti právneho úkonu, pričom dospel k záveru o procesnej neprípustnosti žaloby žalobcov 1/ - 3/ o určenie neplatnosti právneho úkonu, a to zmluvy o užívaní poľovného revíru „POĽANY NESLUŠA“ zo dňa 24.10.2013 evidovanej na Okresnom úrade Žilina, pozemkový a lesný odbor dňa 30.10.2013 pod č. OÚ-ZA-PLO-2013/00299-L s poukazom na ust. § 137 písm. d) CSP a § 17 ods. 1 písm. e) Zákona o poľovníctve, a preto už bez ďalšieho zaoberania sa meritom veci žalobu v celom rozsahu zamietol. Návrhu žalovaného v 3/ rade na prerušenie konania do právoplatného skončenia konania vedeného pred Krajským súdom v Žiline pod sp. zn. 20S/89/2016 a pod sp. zn. 30S/66/2016 nevyhovel s tým, že nie sú splnené podmienky pre prerušenie konania podľa § 164 CSP. Pri rozhodovaní o trovách konania aplikoval ust. § 262 ods. 1 CSP v spojení s ust. § 255 ods. 1 CSP a ust. § 262 ods. 2 CSP. Rozsudok súd prvej inštancie podrobne odôvodnil, popísal zistený skutkový stav, obsah vykonaných dôkazov, citoval ustanovenia zákonov, ktoré použil pri právnom posúdení veci a podrobne odôvodnil svoj právny záver, pričom vychádzal z judikatúry súdov. Keďže rozsudok okresného súdu bol riadne doručený obom stranám sporu v súlade s požiadavkou zákona (§ 223 a nasl. Civilného sporového poriadku) strany sporu poznajú doslovné znenie odôvodnenia rozsudku súdu prvej inštancie a tak odvolací súd nebude opätovne opakovať podrobný obsah odôvodnenia prvostupňového rozhodnutia. 2. V zákonom stanovenej lehote proti rozsudku okresného súdu podali odvolanie žalobcovia v 1/ - 3/ rade prostredníctvom svojho právneho zástupcu. Navrhovali odvolaciemu súdu napadnutý rozsudok okresného súdu zmeniť a rozhodnúť tak, že určí, že zmluva o užívaní poľovného revíru „POĽANY NESLUŠA“ uzatvorená dňa 24.10.2013 medzi vlastníkmi spoločného poľovného revíru „POĽANY NESLUŠA“ zastúpenými T. Z., bytom W. č. XXX, XXX XX a T. C., bytom R. XXXX/XX, V. W. Y., XXX XX. na základe splnomocnenia uvedeného v notárskej zápisnici č. N229/2013, Nz25283/2013 zo dňa 26.7.2013 vyhotovenej notárom JUDr. Mariánom Jurínom so sídlom v N., U. Y. č. XX a žalovaným v rade 1/, ktorá bola zaevidovaná Okresným úradom Žilina, pozemkový a lesný odbor, so sídlom A. Kmeťa 17, Žilina, dňa 30.10.2013 pod č. OÚ-ZA-PLO-2013/00299-L je neplatná. Zároveň si uplatňovali náhradu trov konania a trov právneho zastúpenia žalobcov v 1/ - 3/ rade pred súdmi prvej a druhej inštancie v celom rozsahu. Vo svojom odvolaní poukazovali na to, že s rozsudkom okresného súdu nesúhlasia, pretože súd prvej inštancie dospel na základe vykonaných dôkazov k nesprávnym skutkovým zisteniam a rozhodnutie súdu prvej inštancie vychádza z nesprávneho právneho posúdenia veci. Poukazovali na predmet žalobného návrhu, ktorým je určenie neplatnosti zmluvy o užívaní spoločného poľovného revíru Nesluša. Uviedli, že nie je možné súhlasiť s tvrdením žalovaných ako aj s odôvodnením napadnutého rozsudku, že neexistuje naliehavý právny záujem na určení neplatnosti zmluvy. Podľa súdnej praxe, ak ide o absolútne neplatný právny úkon, tak súd ho skúma zo zákonnej povinnosti, a teda naliehavý právny záujem vyplýva zo zákona z dôvodu, že súd vyslovuje absolútnu neplatnosť po jej zistení. Z dôvodu, že v listine nazvanej Zmluva o užívaní poľovného revíru „POĽANY NESLUŠA“ neboli identifikovaní vlastníci poľovných pozemkov, ale len splnomocnenci, nie je možné súhlasiť s tvrdením žalovaných v tom smere, že nebol ustálený okruh účastníkov tohto súdneho konania. Ak na strane vlastníkov poľovných pozemkov neboli títo riadne v zmluve označení, neexistujú a nemôžu vystupovať na strane žalovaných. Zdôraznili, že bolo postupom splnomocnených zástupcov pre podpísanie zmluvy o užívaní poľovného revíru Nesluša hrubo porušené ust. § 3 OZ, podľa ktorého výkon práv a povinností vyplývajúcich z občiansko-právnych vzťahov nesmie bez právneho dôvodu zasahovať do práv a oprávnených záujmov iných a nesmie byť v rozpore s dobrými mravmi. Konštatovanie súdu prvej inštancie, že ich návrh na určenie neplatnosti zmluvy je procesne neprípustný, je v rozpore s logikou, ale aj právom občanov SR domáhať sa súdnej ochrany pri porušení svojich práv a považujú ho za nesprávny. Uvedomujú si, že rozhodovanie vo veci ich žalobného návrhu prechádzalo procesne obdobím platnosti dvoch zákonov upravujúcich postup súdov pri rozhodovaní, a to OSP a CSP. To však neznamená, že postupom súdu prvej inštancie by mali byť ukrátení na svojich právach, tak ako sa to stalo v tomto prípade. Za dôležitú skutočnosť považujú aj túto, že súd prvej inštancie v poučení pripustil odvolanie len proti výroku o náhrade trov konania a nie proti celému rozsudku, hoci zákon podanie odvolania proti predmetnému rozsudku nevylučuje. 3. K odvolaniu žalobcov v 1/ - 3/ rade proti rozsudku okresného súdu podali písomné vyjadrenie žalovaní v 1/ - 2/ rade prostredníctvom svojho právneho zástupcu. Navrhovali odvolaciemu súdu napadnutý rozsudok súdu prvej inštancie v plnom rozsahu potvrdiť a žalovaným priznať nárok na náhradu trov konania na súde druhej inštancie. Vo svojom vyjadrení uviedli, že nevyhnutnou náležitosťou určovacej žaloby je, že v danej veci existuje, resp. je daný naliehavý právny záujem, nakoľko určovacia žaloba je žalobou preventívnou, ktorú je možné aplikovať len v prípade, ak sa na jej základe relevantným spôsobom zmení postavenie žalobcov. V tomto prípade je však zrejmé, že aj keby súd v celom rozsahu vyhovel žalobnému návrhu žalobcov, žalobcovia nebudú mať žiadnu istotu, že dosiahnu iný výsledok rozhodnutia zhromaždenia vlastníkov poľovných pozemkov a ich právne postavenie sa nijako nezmení. Majú teda za to, že v tejto veci naliehavý právny záujem nie je daný, a to i z dôvodu, že žalobcovia sú minoritnými vlastníkmi poľovných pozemkov v poľovnom revíri Nesluša a váha ich hlasov nemohla a ani nemôže nijakým spôsobom ovplyvniť rozhodnutie prijaté zákonnou väčšinou. Majú za to, že naliehavý právny záujem nie je daný, lebo žalobcovia a aj ktokoľvek, kto tvrdí, že je dotknutý na svojich právach, disponuje právnou možnosťou podať v tejto veci žaloby podľa 5. časti OSP, a teda zmenu právneho stavu je možné dosiahnuť aj inak, pričom majú za to, že už samotná existencia tejto právnej možnosti vylučuje možnosť existencie naliehavého právneho záujmu. V tejto súvislosti poukázali na ust. § 137 písm. c), d) CSP, § 17 ods. 1 písm. e) zák. č. 274/2009 Z.z. o poľovníctve a judikatúru Najvyššieho súdu SR. Uviedli, že na konanie neboli splnené ani všetky procesné podmienky vo vzťahu k aktívnej a pasívnej legitimácii. Žalobcovia sa mohli domáhať svojho nároku len voči účastníkom sporného právneho úkonu, a to voči všetkým, nielen voči vybratým žalovaným. Je nesporné, že žalovaní v rade 1/ - 4/ nie sú jedinými účastníkmi tohto právneho úkonu, a preto nie sú splnené podmienky na začatie konania z dôvodu, že nie sú správne označení pasívne legitimovaní účastníci. Uznesenie prijaté zhromaždením vlastníkov poľovných pozemkov v poľovnom revíri sú záväzné pre všetkých vlastníkov poľnohospodárskych pozemkov v poľovnom revíri Nesluša a skutočnosť, že účastníkmi zhromaždenia boli zástupcovia fyzických a právnických osôb, čo jednoznačne vyplýva z údaju podľa listiny prítomných, vymedzuje, že účastníkmi tohto súdneho konania musia byť minimálne všetci vlastníci poľovných pozemkov, ktorí by boli prítomní, či už osobne, alebo v zastúpení na zhromaždení. Žalovaný v 4/ rade nebol účastníkom žiadneho zhromaždenia vlastníkov poľovných pozemkov a ani nie je vlastníkom poľovných pozemkov. Nie je ani účastníkom zmluvy o užívaní spoločného poľovného revíru Nesluša, a preto je vylúčené, aby mal postavenie účastníka v tomto konaní. V bode III. uvádzali skutočnosti, ktoré prezentovali aj pred súdom prvej inštancie. 4. K odvolaniu žalobcov v 1/ - 3/ rade proti rozsudku okresného súdu podal písomné vyjadrenie intervenient na strane žalovaného v 1/ rade. Navrhoval odvolaciemu súdu odvolaniu žalobcov vyhovieť a určiť neplatnosť zmluvy tak ako to žalobcovia navrhujú, lebo len tak dôjde k náprave podvodu, ktorého sa dopustili členovia poľovného spolku Nesluša na členoch poľovníckeho združenia Nesluša. Rozsudok okresného súdu považujú za nesprávny a v rozpore s dôkazmi, ktoré boli vykonané na pojednávaní ako aj s právnymi predpismi. 5. K odvolaniu žalobcov v 1/ - 3/ rade proti rozsudku okresného súdu podal písomné vyjadrenie žalovaný v 3/ rade prostredníctvom svojej právnej zástupkyne. Navrhoval odvolaciemu súdu rozsudok okresného súdu potvrdiť v celom rozsahu a priznať žalovanému náhradu trov odvolacieho konania. Vo svojom vyjadrení uviedol, že sa nestotožňuje s právnym názorom súdu prezentovaným v rozhodnutí, ktorý vychádza zo znenia § 137 CSP a k nemu prislúchajúcej dôvodovej správy. Nakoľko žalobcovia naďalej tvrdia, že v prípade ich žaloby sa jedná o určovaciu žalobu podľa § 137 písm. c) CSP tak s tým nesúhlasia, pretože nevyhnutnou náležitosťou určovacej žaloby je, že v danej veci existuje, resp. je daný naliehavý právny záujem, nakoľko určovacia žaloba je žalobou preventívnou, ktorú je možné aplikovať len v prípade, ak sa na jej základe relevantným spôsobom zmení postavenie žalobcov. V tomto prípade je však zjavné, že aj keby súd v celom rozsahu vyhovel žalobe, žalobcovia nebudú mať žiadnu istotu, že dosiahnu iný výsledok rozhodnutia zhromaždenia vlastníkov poľovných pozemkov a ich právne postavenie sa nijako nezmení. Má za to, že v tejto veci naliehavý právny záujem nie je daný, a to i z toho dôvodu, že žalobcovia sú minoritnými vlastníkmi poľovných pozemkov v poľovnom revíri a váha ich hlasov nemohla a ani nemôže nijakým spôsobom ovplyvniť rozhodnutie prijaté zákonnou väčšinou. Taktiež namietali pasívnu vecnú legitimáciu strany sporu s tým, že sporovými stranami v takomto spore musia byť všetci tí, o ktorých právach sa má rozhodovať alebo tí, ktorí majú alebo môžu byť týmto rozhodnutím dotknutí, t.j. všetci účastníci napádanej zmluvy. 6. K vyjadreniam žalovaných v 1/ - 3/ rade a intervenienta na strane žalovaného v 1/ rade k odvolaniu žalobcov v 1/ - 3/ rade podali písomné vyjadrenie žalobcovia v 1/ - 3/ rade prostredníctvom svojho právneho zástupcu. Vo svojom vyjadrení zotrvali na stanovisku, že napadnutá zmluva je absolútne neplatným právnym úkonom a absolútnu neplatnosť je súd povinný skúmať zo zákona a naliehavý právny záujem na takomto určení je daný, napriek súčasnému zneniu ust. § 137 CSP. Pokiaľ ide o poukaz na nedostatok vecnej pasívnej legitimácie zo strany žalovaných tak uviedli, že na listine nazvanej Zmluva o užívaní poľovného revíru neboli identifikovaní vlastníci poľovných pozemkov, ale len splnomocnenci, nie je teda možné súhlasiť s tvrdením žalovaných, že nebol ustálený okruh účastníkov tohto súdneho konania. Zastávali názor, že ak na strane vlastníkov poľovných pozemkov neboli vlastníci riadne v zmluve označení, neexistujú, a preto nemôžu vystupovať na strane žalovaných. Zo stanoviska intervenienta vyplýva, že žalovaný v rade 1/ aj napriek skutočnosti, že k uzatvoreniu zmluvy o nájme poľovných pozemkov došlo na základe neplatného právneho úkonu pri výkone práva poľovníctva, postupuje v rozpore s právnymi predpismi. 7. Intervenient na strane žalovaného v rade 1/ vo svojom písomnom vyjadrení k vyjadreniu žalovaných v 1/ a 2/ rade podal písomné vyjadrenie, v ktorom podrobne uviedol jednania medzi vlastníkmi spoločného poľovného revíru a žalovaným v 1/ rade ako aj priebeh valných zhromaždení. 8. K vyjadreniu intervenienta na strane žalovaného v 1/ rade podal písomné vyjadrenie žalovaný v 3/ rade prostredníctvom svojej právnej zástupkyne. Uviedol, že vyjadrenie intervenienta postráda akýkoľvek kontext s týmto súdnym konaním, s vykonanými dôkazmi ako aj s rozhodnutím súdu. Intervenient sa nevyjadril k skutkovým okolnostiam tohto sporu, k vykonaným dôkazom, k právnej stránke rozhodnutia ani k okruhu osôb poňatých za strany sporu. Jediné, čo vo veci uviedol je, že má za to, že rozsudok je nesprávny, a to je len prejavom jeho nespokojnosti s jeho vylúčením z rady stálych členov. 9. K vyjadreniu žalovaných v 1/ a 2/ rade k odvolaniu žalobcov v 1/ - 3/ rade podal písomné vyjadrenie žalovaný v 3/ rade prostredníctvom svojej právnej zástupkyne. Vo svojom vyjadrení uviedol, že sa stotožňuje s obsahom vyjadrenia žalovaných v 1/ a 2/ rade k odvolaniu žalobcov v 1/ - 3/ rade. Trval na tom, že žalobcovia nesprávne určili okruh osôb, ktoré mali byť stranami sporu, taktiež že žalobcovia nedokázali reagovať na zmenu procesných predpisov a domáhali sa toho, čo zákon nepripúšťa, vzhľadom na znenie § 137 CSP. 10. Intervenient na strane žalovaného v 1/ rade vo svojom ďalšom vyjadrení zotrval na svojom stanovisku a predchádzajúcich vyjadreniach. 11. Žalovaní v 1/ a 2/ rade vo svojom vyjadrení k vyjadreniam intervenienta na strane žalovaného v 1/ rade, žalobcov v rade 1/ - 3/, žalovaného v 3/ rade zotrvali na ich vyjadrení k odvolaniu zo dňa 3.5.2017 a pokiaľ ide o intervenienta tak ten sa vo svojom vyjadrení opätovne vyjadruje k iným skutočnostiam než sú predmetom tohto konania a nevyjadruje sa k právnej stránke sporu. 12. Žalovaný v 3/ rade vo svojom vyjadrení k vyjadreniu žalobcov v 1/ - 3/ rade, intervenienta na strane žalovaného v 1/ rade a žalovaných v 1/ a 2/ rade uviedol vo svojom vyjadrení, že naďalej trvá na svojom stanovisku a predchádzajúcich vyjadreniach. 13. Krajský súd ako súd funkčne príslušný na rozhodnutie o odvolaní (§ 34 CSP) po zistení, že odvolanie bolo podané oprávnenými subjektmi, ktorými sú žalobcovia v 1/ - 3/ rade, v zákonom stanovenej lehote (§ 362 ods. 1 CSP) preskúmal napadnutý rozsudok okresného súdu v rozsahu vyplývajúcom z ust. § 379 CSP a bez nariadenia pojednávania v súlade s ust. § 385 ods. 1 CSP a contrario napadnutý rozsudok súdu prvej inštancie v súlade s ust. § 389 ods. 1 písm. b), c) CSP zrušil a vec mu vrátil na ďalšie konanie a nové rozhodnutie v súlade s ust. § 391 ods. 1 CSP. 14. V zmysle ust.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15. V zmysle ust. § 389 ods. 1 písm. c) CSP odvolací súd rozhodnutie súdu prvej inštancie zruší, len ak súd prvej inštancie v dôsledku nesprávneho právneho posúdenia veci nevykonal navrhované dôkazy, ak nie je účelné doplniť dokazovanie odvolacím súdom. 16. V zmysle ust. § 391 ods. 1 CSP, ak odvolací súd zruší rozhodnutie, môže podľa povahy veci vrátiť vec súdu prvej inštancie na ďalšie konanie a nové rozhodnutie, prerušiť konanie, schváliť zmiera, zastaviť konanie alebo postúpiť vec orgánu, do ktorého právomoci vec patrí. 17. Odvolací súd po preskúmaní napadnutého rozhodnutia, prislúchajúceho spisového materiálu, vyhodnotením toho, čo uviedli v rámci odvolacieho konania strany konania a intervenient na strane žalovaného v 1/ rade konštatuje, že procesným postupom súdu prvej inštancie došlo k porušeniu práva strán sporu na spravodlivý proces a k nesprávnemu právnemu posúdeniu veci. 18. Právo na spravodlivý súdny proces je jedným zo základných ľudských práv a do obsahu tohto práva patrí viacero samostatných subjektívnych práv a princípov.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19. V zmysle čl. 3 Civilného sporového poriadku každé ustanovenie tohto zákona je potrebné vykladať v súlade s Ústavou SR, verejným poriadkom, princípmi, na ktorých spočíva tento zákon, s medzinárodnými záväzkami SR, ktoré majú prednosť pred zákonom, judikatúrou Európskeho súdu pre ľudské práva a Súdneho dvora EÚ, a to s trvalým zreteľom a hodnoty, ktoré sú nimi chránené. 20.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ktorý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SR, alebo v takých medzinárodných zmluvách, ktoré Slovenská republika ratifikovala a bola vyhlásená spôsobom, ktorý predpisuje zákon. Súčasne má každý právo na to, aby sa v jeho veci vykonal ústavne súladný výklad aplikovanej právnej normy, ktorý predpokladá použitie ústavne súladne interpretovanej platnej a účinnej normy na zistený skutkový stav (Ústavný súd SR III.ÚS 21/2015). 21. V zmysle ust. § 470 ods. 2 veta prvá Civilného sporového poriadku právne účinky úkonov, ktoré v konaní nastali predo dňom nadobudnutia účinnosti tohto zákona, zostávajú zachované. 22. Z obsahu spisového materiálu nepochybne vyplýva, že žaloba žalobcov v 1/ - 3/ rade bola podaná za účinnosti Občianskeho súdneho poriadku. Žalobcovia v 1/ - 3/ rade sa domáhali určenia neplatnosti zmluvy o užívaní poľovného revíru „POĽANY NESLUŠA“ uzatvorenej dňa 24.10.2013 medzi vlastníkmi spoločného poľovného revíru „POĽANY NESLUŠA“ zastúpenými žalovaným v 2/ a 3/ rade na základe splnomocnenia uvedeného v notárskej zápisnici č. N229/2013, Nz25283/2013 zo dňa 26.7.2013 vyhotovenej notárom JUDr. Mariánom Jurinom so sídlom v N. a žalovaným v rade 1/, ktorá bola zaevidovaná Okresným úradom Žilina, pozemkový a lesný odbor dňa 30.10.2013 pod č. OÚ-ZA- PLO-2013/00299-L s tým, že na uvedenom určení majú naliehavý právny záujem v súlade s ust. § 80 písm. c) OSP. 23. Odvolací súd sa nestotožňuje s právnym záverom súdu prvej inštancie, ktorý prezentoval v odôvodnení napadnutého rozhodnutia, v zmysle ktorého na daný prípad aplikoval ust. § 137 Civilného sporového poriadku v spojení s § 17 zák. č. 274/2009 Z.z. o poľovníctve. Odvolací súd je toho názoru, že ak naliehavý právny záujem bol daný v zmysle ust. § 80 písm. c) OSP v čase podania žaloby (t.j. v čase platnosti Občianskeho súdneho poriadku) pred 1.7.2016 tento zostáva zachovaný aj po nadobudnutí účinnosti Civilného sporového poriadku. Uvedený právny názor je aj v záujme zachovania právnej istoty strán sporu v civilných konaniach. 24. S poukazom na vyššie uvedené závery odvolací súd rozhodol tak ako je uvedené vo výroku rozhodnutia. 25. Úlohou okresného súdu bude vo veci vykonať dokazovanie, dôkazy vyhodnotiť vo vzájomnej súvislosti a opätovne o žalobe žalobcov rozhodnúť s tým, že v rozhodnutí sa vyporiada so všetkými námietkami vznesenými stranami sporu. 26. Právny názor odvolacieho súdu je pre súd nižšej inštancie záväzný v súlade s ust. § 391 ods. 2 CSP. 27. Rozhodnutie odvolacieho súdu bolo prijaté hlasovaním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https://www.kauzis.sk/judikatura/r/ECLI:SK:KSZA:2018:5115211488.2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