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37Pu/4/2024 z 15. 5. 2024</w:t>
      </w:r>
    </w:p>
    <w:p>
      <w:r>
        <w:t>Uznesenie Mestského súdu Bratislava II z 15. mája 2024, sp. zn. 37Pu/4/2024, ECLI:SK:MSBA2:2024:1224200742.2</w:t>
      </w:r>
    </w:p>
    <w:p>
      <w:r>
        <w:t>Súd: Mestský súd Bratislava II</w:t>
      </w:r>
    </w:p>
    <w:p>
      <w:r>
        <w:t>Spisová značka: 37Pu/4/2024</w:t>
      </w:r>
    </w:p>
    <w:p>
      <w:r>
        <w:t>ECLI: ECLI:SK:MSBA2:2024:1224200742.2</w:t>
      </w:r>
    </w:p>
    <w:p>
      <w:r>
        <w:t>Dátum vydania: 15. 5. 2024</w:t>
      </w:r>
    </w:p>
    <w:p>
      <w:r>
        <w:t>Forma: Uznesenie</w:t>
      </w:r>
    </w:p>
    <w:p>
      <w:pPr>
        <w:pStyle w:val="Heading2"/>
      </w:pPr>
      <w:r>
        <w:t>Text rozhodnutia</w:t>
      </w:r>
    </w:p>
    <w:p>
      <w:r>
        <w:t>Súd: Spisová značka: Identifikačné číslo súdneho spisu: Dátum vydania rozhodnutia: Meno a priezvisko sudcu, VSÚ: ECLI:</w:t>
      </w:r>
    </w:p>
    <w:p>
      <w:r>
        <w:t>Mestský súd Bratislava II 37Pu/4/2024 1224200742 15. 05. 2024 JUDr. Zuzana Lohnertová ECLI:SK:MSBA2:2024:1224200742.2</w:t>
      </w:r>
    </w:p>
    <w:p>
      <w:r>
        <w:t>Uznesenie Mestský súd Bratislava II, v konaní o prípustnosti prevzatia a držania v zdravotníckom zariadení : Univerzitná nemocnica Bratislava, Pažítkova 4, pracovisko : Nemocnica Staré Mesto, Mickiewiczova 13, Bratislava a premiestnenia do Psychiatrickej nemocnice Philippa Pinela Pezinok, Malacká cesta č. 63 , P.O.Box 158 , umiestnenej : X. Č., Q.. XX.XX.XXXX, W. U. U. XX, R., takto rozhodol: I. Súd konanie vo vzťahu k Univerzitnej nemocnici Bratislava, Pažítkova 4, pracovisko: Nemocnica Staré Mesto, Mickiewiczova 13, Bratislava zastavuje. II. Súd priberá do konania Psychiatrickú nemocnicu Philippa Pinela Pezinok, Malacká cesta č. 63, P. O. Box 158, III. Súd konanie pod sp. zn. 37Pu/4/2024 zastavuje. IV. Žiaden z účastníkov konania nemá nárok na náhradu trov konania. odôvodnenie: 1. Dňa 6. 3. 2024 oznámil oznamovateľ Univerzitná nemocnica Bratislava, pracovisko Nemocnica Staré Mesto, Mickiewiczova 13, Bratislava tunajšiemu súdu, že dňa 4.03.2024 o 22,05 hod. došlo k obmedzeniu osoby umiestnenej X. Č., Q.. XX.XX.XXXX vo voľnom pohybe a styku s vonkajším svetom a jej umiestnením na Psychiatrickej klinike Univerzitnej nemocnice Bratislava, pracovisko Nemocnica Staré Mesto, Mickiewiczova 13, Bratislava najskôr s jej informovaným súhlasom, ktorý súhlas následne dňa 6.3.2024 o 10, 30 hod. odvolala. 2. Uznesením súdu pod č.k. 37Pu/4/2024-4 zo dňa 7.03.2024 tunajší súd začal na základe oznámenia zdravotníckeho zariadenia konanie o prípustnosti prevzatia a držania v zdravotníckom zariadení. 3. Mestský súd Bratislava II Uznesením pod č.k. 37 Pu 4/2024 - 7 zo dňa 8 .3.2024 rozhodol, že prevzatie umiestnenej X. Č., Q.. XX.XX.XXXX do zdravotníckeho zariadenia UNB Bratislava, Pažítkova 4, pracovisko Nemocnica Staré Mesto, Mickiewiczova 13, Bratislava dňa 4.3.2024 o 22,05 hod., s odvolaným informovaným súhlasom dňa 6.3.2024 o 10, 30 hod., bolo prípustné. 4. Dňa 29.4. 2024 doručilo zdravotnícke zariadenie tunajšiemu súdu oznámenie, z ktorého vyplýva, že umiestnená X. Č., Q.. XX.XX.XXXX, bola dňa 14.3.2024 preložená Univerzitnej nemocnice Bratislava, Pažítkova 4, pracovisko : Nemocnica Staré Mesto, Mickiewiczova 13, Bratislava do zdravotníckeho zariadenia Psychiatrickej nemocnice Philippa Pinela , Pezinok, Malacká cesta č. 63. 5. Zdravotnícke zariadenie Psychiatrická nemocnica Philippa Pinela Pezinok, Malacká cesta č. 63 oznámením zo dňa 6.5.2024 / č.l. 18/ uviedol, že dňa 30.4. 2024 bola umiestnená prepustená do ambulantnej starostlivosti.</w:t>
      </w:r>
    </w:p>
    <w:p>
      <w:r>
        <w:t>6. Podľa § 10 ods. 1, 2 CMP, ak sa niekto z tých, o ktorých právach a povinnostiach sa má konať, nezúčastní konania od jeho začatia, vydá súd, len čo sa o ňom dozvie, uznesenie, ktorým ho priberie do konania ako účastníka. Ak sa stal účastníkom ten, o koho právach alebo povinnostiach sa nekoná, súd uznesením konanie vo vzťahu k nemu zastaví. 7. Podľa § 23 ods. 3 CMP ak sa konanie začalo bez návrhu, súd konanie zastaví, ak odpadli dôvody, pre ktoré bolo začaté. 8. Podľa § 264 Civilného mimosporového poriadku (ďalej CMP) zdravotnícke zariadenie je vždy oprávnené umiestneného prepustiť, a to aj keď súd rozhodol, že prevzatie do zdravotníckeho zariadenia bolo prípustné. 9. Vzhľadom k vyššie uvedenému skutkovému stavu, kedy v priebehu konania o držanie umiestnenej v zdravotníckom zariadení došlo k zámene účastníkov konania na strane zdravotníckeho zariadenia , kedy dňa 14.3.2024 bola umiestnená preložená z Univerzitnej nemocnice Bratislava, Pažítkova 4,pracovisko : Nemocnica Staré Mesto, Mickiewiczova 13, Bratislava do Psychiatrickej nemocnice Philippa Pinela Pezinok, Malacká cesta č. 63 , súd rozhodol o zámene účastníkov konania tak, ako je uvedené v I. a II. výrokovej časti tohto uznesenia. S prihliadnutím na oznámenie zdravotníckeho zariadenia Psychiatrickej nemocnice Philippa Pinela Pezinok, Malacká cesta č. 63 , že zdravotnícke zariadenie dňa 30.4. 2024 prepustilo umiestnenú zo zdravotníckeho zariadenia do ambulantnej starostlivosti , odpadol dôvod vo veci ďalej konať a súd z uvedeného dôvodu konanie zastavil. 10. Podľa § 52 CMP žiaden z účastníkov nemá nárok na náhradu trov konania, ak tento zákon neustanovuje inak. Poučenie: Proti uzneseniu súdu prvej inštancie je prípustné odvolanie, ak to zákon pripúšťa. Proti výroku I, III, IV uznesenia je na podklade § 355 ods. 2 v spojení s § 357 písm. a) Civilného sporového poriadku prípustné odvolanie, ktoré je možné podať v lehote 15 dní od jeho doručenia na Krajský súd v Trnave prostredníctvom tunajšieho súdu, písomne a v troch vyhotoveniach.</w:t>
      </w:r>
    </w:p>
    <w:p/>
    <w:p>
      <w:r>
        <w:t>Zdroj: KAUZIS.SK – https://www.kauzis.sk/judikatura/r/ECLI:SK:MSBA2:2024:1224200742.2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