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27P/71/2024 z 25. 11. 2024</w:t>
      </w:r>
    </w:p>
    <w:p>
      <w:r>
        <w:t>Rozsudok Mestského súdu Bratislava II z 25. novembra 2024, sp. zn. 27P/71/2024, ECLI:SK:MSBA2:2024:1224201640.2</w:t>
      </w:r>
    </w:p>
    <w:p>
      <w:r>
        <w:t>Súd: Mestský súd Bratislava II</w:t>
      </w:r>
    </w:p>
    <w:p>
      <w:r>
        <w:t>Spisová značka: 27P/71/2024</w:t>
      </w:r>
    </w:p>
    <w:p>
      <w:r>
        <w:t>ECLI: ECLI:SK:MSBA2:2024:1224201640.2</w:t>
      </w:r>
    </w:p>
    <w:p>
      <w:r>
        <w:t>Dátum vydania: 25.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Mestský súd Bratislava II 27P/71/2024 1224201640 25. 11. 2024 JUDr. Michaela Pacherová, PhD. ECLI:SK:MSBA2:2024:1224201640.2</w:t>
      </w:r>
    </w:p>
    <w:p>
      <w:r>
        <w:t>ROZSUDOK V MENE SLOVENSKEJ REPUBLIKY Mestský súd Bratislava II pred sudkyňou JUDr. Michaelou Pacherovou, PhD. vo veci navrhovateľky manželky: L.. P. R., D. Č., M.. XX.XX.XXXX, A. Q. G. XX, Q. proti manželovi: I.. L. R., M.. XX.XX.XXXX, A. Q. G. XX, Q., toho času I. Q. W., B.A. L. XXXX, Y., o rozvod manželstva a o úpravu výkonu rodičovských práv a povinností k maloletému dieťaťu: P. R., M.. XX.XX.XXXX, zastúpené kolíznym opatrovníkom Úradom práce, sociálnych vecí a rodiny Bratislava, so sídlom Vazovova 7/A, Bratislava, na čas po rozvode, takto rozhodol: I. Súd manželstvo účastníkov konania: L.. P. R., D. Č., M.. XX.XX.XXXX J. I.. L. R., M.. XX.XX.XXXX, uzavreté dňa XX.XX.XXXX, zapísané v knihe manželstiev matričného úradu Q. - B. F., vo zväzku XX, ročník XXXX, na strane XXX, pod poradovým číslom XX, r o z v á dz a. Súd schvaľuje rodičovskú dohodu v nasledovnom znení: II. Maloletý P. R., M.. XX.XX.XXXX sa na čas po rozvode manželstva zveruje do osobnej starostlivosti matky. III. Otec sa zaväzuje prispievať na výživu maloletého P. R., M.. XX.XX.XXXX sumou vo výške 500,- € mesačne, vždy k 15. dňu v mesiaci vopred k rukám matky, počnúc právoplatnosťou rozsudku o rozvode manželstva. IV. Styk otca s maloletým P. R., M.. XX.XX.XXXX sa neupravuje. V. Obaja rodičia budú maloletého zastupovať a spravovať jeho majetok. VI. Žiaden z účastníkov nemá nárok na náhradu trov konania. odôvodnenie: Podľa § 221 písm. a) zákona č. 160/2015 Z. z. Civilný sporový poriadok v znení neskorších predpisov (ďalej len „CSP“) v spojení s § 2 ods. 1 zákona č. 161/2015 Z. z. Civilný mimosporový poriadok v znení neskorších predpisov (ďalej len „CMP“), písomné vyhotovenie tohto rozsudku neobsahuje odôvodnenie. Poučenie: Proti tomuto rozsudku odvolanie nie je prípustné, pretože účastníci konania sa na pojednávaní, na ktorom bol rozsudok vyhlásený práva na podanie odvolania vzdali (§ 368 CSP).</w:t>
      </w:r>
    </w:p>
    <w:p>
      <w:r>
        <w:t>Proti výroku, ktorým bola schválená dohoda rodičov, rodičia nie sú oprávnení podať odvolanie (§ 122 CMP). Kolízny opatrovník sa vzdal práva podať odvolanie v celom rozsahu. Vzhľadom na skutočnosť, že účastníci sa po vyhlásení rozsudku vzdali práva podať odvolanie, odvolanie účastníkov bude právne neúčinné a rozsudok nadobudne právoplatnosť dňom doručenia.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https://www.kauzis.sk/judikatura/r/ECLI:SK:MSBA2:2024:1224201640.2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