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9P/4/2025 z 29. 4. 2025</w:t>
      </w:r>
    </w:p>
    <w:p>
      <w:r>
        <w:t>Rozsudok Mestského súdu Bratislava II z 29. apríla 2025, sp. zn. 9P/4/2025, ECLI:SK:MSBA2:2025:1225200067.3</w:t>
      </w:r>
    </w:p>
    <w:p>
      <w:r>
        <w:t>Súd: Mestský súd Bratislava II</w:t>
      </w:r>
    </w:p>
    <w:p>
      <w:r>
        <w:t>Spisová značka: 9P/4/2025</w:t>
      </w:r>
    </w:p>
    <w:p>
      <w:r>
        <w:t>ECLI: ECLI:SK:MSBA2:2025:1225200067.3</w:t>
      </w:r>
    </w:p>
    <w:p>
      <w:r>
        <w:t>Dátum vydania: 29. 4.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9P/4/2025 1225200067 29. 04. 2025 JUDr. Petra Priečinská ECLI:SK:MSBA2:2025:1225200067.3</w:t>
      </w:r>
    </w:p>
    <w:p>
      <w:r>
        <w:t>ROZSUDOK V MENE SLOVENSKEJ REPUBLIKY Mestský súd Bratislava II v konaní pred sudkyňou JUDr. Petrou Priečinskou, v mimosporovej veci navrhovateľa - manžela: V.. E. M., I.. XX.XX.XXXX, G. Z. X. I.. XXXX/X, Z., Š.. T. M., zastúpený: JUDr. Sylvia Filipová, advokát, so sídlom Radvanská 1, Bratislava, proti manželke K. M., L.. Š., I.. XX.XX.XXXX, G. Z. X. I.. XXXX/X, Z., Š.. T. M., o rozvod manželstva a úpravu výkonu rodičovských práv a povinností k maloletému dieťaťu: N. M., I.. XX.XX.XXXX, zastúpené Úradom práce, sociálnych vecí a rodiny Bratislava, Vazovova 7/A, Bratislava, takto rozhodol: I. Súd manželstvo účastníkov konania V.. E. M., I.. XX.XX.XXXX a K. M., L.. Š.É., I.. XX.XX.XXXX, uzavreté dňa XX.XX.XXXX na O. M. O. G. F., R. Š.Á., zapísané v knihe manželstiev W. M. - T. W. Z., vo zväzku T., ročník XXXX, strana XX, pod poradovým číslom XXX, rozvádza. II. Súd schvaľuje dohodu rodičov o úprave výkonu rodičovský práv a povinností na čas po rozvode manželstva v nasledovnom znení: Maloleté dieťa, N. M., I.. XX.XX.XXXX sa na čas po rozvode manželstva zveruje do osobnej starostlivosti otca. Obidvaja rodičia sú oprávnení a povinní maloleté dieťa zastupovať a spravovať jeho majetok. Matka sa zaväzuje prispievať na výživu maloletej N. M., I.. XX.XX.XXXX sumou 40,- eur mesačne vždy do 15. dňa kalendárneho mesiaca vopred k rukám otca počnúc dňom právoplatnosti tohto rozsudku. Styk matky s maloletou sa na žiadosť rodičov neupravuje. III. Žiaden z účastníkov nemá nárok na náhradu trov konania. odôvodnenie: Písomné vyhotovenie rozsudku neobsahuje odôvodnenie, pretože rozsudok bol vyhlásený na pojednávaní za prítomnosti všetkých účastníkov konania, ktorí sa vzdali práva podať voči rozsudku odvolanie (§ 221 písm. a) zákona č. 160/2015 Z.z. Civilný sporový poriadok). Poučenie: Proti tomuto rozsudku odvolanie nie je prípustné, pretože účastníci konania sa na pojednávaní, na ktorom bol rozsudok vyhlásený práva na podanie odvolania vzdali. ( § 368 CSP) Ak povinný dobrovoľne nesplní, čo mu ukladá vykonateľné rozhodnutie, oprávnený</w:t>
      </w:r>
    </w:p>
    <w:p>
      <w:r>
        <w:t>môže podať návrh na vykonanie exekúcie podľa osobitného zákona; ak ide o rozhodnutie o výchove maloletých detí,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https://www.kauzis.sk/judikatura/r/ECLI:SK:MSBA2:2025:1225200067.3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