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9Pc/4/2025 z 24. 4. 2025</w:t>
      </w:r>
    </w:p>
    <w:p>
      <w:r>
        <w:t>Rozsudok Mestského súdu Bratislava II z 24. apríla 2025, sp. zn. 9Pc/4/2025, ECLI:SK:MSBA2:2025:1225200239.2</w:t>
      </w:r>
    </w:p>
    <w:p>
      <w:r>
        <w:t>Súd: Mestský súd Bratislava II</w:t>
      </w:r>
    </w:p>
    <w:p>
      <w:r>
        <w:t>Spisová značka: 9Pc/4/2025</w:t>
      </w:r>
    </w:p>
    <w:p>
      <w:r>
        <w:t>ECLI: ECLI:SK:MSBA2:2025:1225200239.2</w:t>
      </w:r>
    </w:p>
    <w:p>
      <w:r>
        <w:t>Dátum vydania: 24. 4.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9Pc/4/2025 1225200239 24. 04. 2025 JUDr. Petra Priečinská ECLI:SK:MSBA2:2025:1225200239.2</w:t>
      </w:r>
    </w:p>
    <w:p>
      <w:r>
        <w:t>ROZSUDOK V MENE SLOVENSKEJ REPUBLIKY Mestský súd Bratislava II v konaní pred sudkyňou JUDr. Petrou Priečinskou, v mimosporovej veci navrhovateľa – manžela: A. B., nar. XX.XX.XXXX, trvale bytom C. XX, D. A., štátny občan Slovenskej republiky, proti manželke: E. B., F. G., nar. XX.XX.XXXX, trvale bytom H. XXX, I., štátny občan Slovenskej republiky, v konaní o rozvod manželstva, takto rozhodol: I. Súd manželstvo účastníkov konania A. B., nar. XX.XX.XXXX a E. B., F. G., nar. XX.XX.XXXX, uzavreté dňa XX.XX.XXXX v Topoľčiankach, zapísané v knihe manželstiev matričného úradu Topoľčianky, vo zväzku XX, ročník XXXX, na strane XX, pod poradovým číslom XX rozvádza. II. Žiaden z účastníkov nemá nárok na náhradu trov konania. odôvodnenie: Písomné vyhotovenie rozsudku neobsahuje odôvodnenie, pretože rozsudok bol vyhlásený na pojednávaní za prítomnosti všetkých strán, ktoré sa vzdali práva podať voči rozsudku odvolanie (§ 221 písm. a) zákona č. 160/2015 Z.z. Civilný sporový poriadok). Poučenie: Proti tomuto rozsudku nemožno účinne podať odvolanie, pretože sa účastníci svojho práva výslovne vzdali po vyhlásení a odôvodnení rozsudku podpisom do zápisnice (§ 368 CSP).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</w:t>
      </w:r>
    </w:p>
    <w:p/>
    <w:p>
      <w:r>
        <w:t>Zdroj: KAUZIS.SK – https://www.kauzis.sk/judikatura/r/ECLI:SK:MSBA2:2025:1225200239.2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